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203B" w14:textId="7EC746A7" w:rsidR="0043760B" w:rsidRDefault="00ED3E43">
      <w:pPr>
        <w:spacing w:after="6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93CA85" wp14:editId="561B55F8">
            <wp:simplePos x="0" y="0"/>
            <wp:positionH relativeFrom="column">
              <wp:posOffset>152400</wp:posOffset>
            </wp:positionH>
            <wp:positionV relativeFrom="paragraph">
              <wp:posOffset>5080</wp:posOffset>
            </wp:positionV>
            <wp:extent cx="2346566" cy="2233930"/>
            <wp:effectExtent l="0" t="0" r="0" b="0"/>
            <wp:wrapNone/>
            <wp:docPr id="17802617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030" cy="22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drawing>
          <wp:inline distT="0" distB="0" distL="0" distR="0" wp14:anchorId="038D9F7A" wp14:editId="6B2BC84F">
            <wp:extent cx="9509760" cy="22437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istration_head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509760" cy="2243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54223" w14:textId="77777777" w:rsidR="0043760B" w:rsidRDefault="00000000">
      <w:pPr>
        <w:spacing w:after="0"/>
        <w:jc w:val="center"/>
      </w:pPr>
      <w:r>
        <w:rPr>
          <w:b/>
          <w:sz w:val="54"/>
        </w:rPr>
        <w:t>DESERT BY DESIGN</w:t>
      </w:r>
    </w:p>
    <w:p w14:paraId="3667163A" w14:textId="77777777" w:rsidR="0043760B" w:rsidRDefault="00000000">
      <w:pPr>
        <w:spacing w:after="20"/>
        <w:jc w:val="center"/>
      </w:pPr>
      <w:r>
        <w:rPr>
          <w:b/>
          <w:color w:val="B98223"/>
          <w:sz w:val="24"/>
        </w:rPr>
        <w:t>UAEU Desert Architecture &amp; Urbanism Competition | Al Ain Edition 2026</w:t>
      </w:r>
    </w:p>
    <w:p w14:paraId="2BCC7CEC" w14:textId="77777777" w:rsidR="0043760B" w:rsidRDefault="00000000">
      <w:pPr>
        <w:spacing w:after="80"/>
        <w:jc w:val="center"/>
      </w:pPr>
      <w:r>
        <w:rPr>
          <w:i/>
          <w:sz w:val="20"/>
        </w:rPr>
        <w:t>Future Heritage: Designing the Next Layer of Al Ain's Identity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58"/>
      </w:tblGrid>
      <w:tr w:rsidR="0043760B" w14:paraId="0154E250" w14:textId="77777777">
        <w:trPr>
          <w:jc w:val="center"/>
        </w:trPr>
        <w:tc>
          <w:tcPr>
            <w:tcW w:w="15394" w:type="dxa"/>
            <w:tcBorders>
              <w:top w:val="single" w:sz="14" w:space="0" w:color="B98223"/>
              <w:left w:val="single" w:sz="14" w:space="0" w:color="B98223"/>
              <w:bottom w:val="single" w:sz="14" w:space="0" w:color="B98223"/>
              <w:right w:val="single" w:sz="14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13902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30"/>
              </w:rPr>
              <w:t>REGISTRATION FORM</w:t>
            </w:r>
          </w:p>
        </w:tc>
      </w:tr>
    </w:tbl>
    <w:p w14:paraId="307ACFB6" w14:textId="77777777" w:rsidR="0043760B" w:rsidRDefault="0043760B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68"/>
      </w:tblGrid>
      <w:tr w:rsidR="0043760B" w14:paraId="03D7DA7A" w14:textId="77777777">
        <w:trPr>
          <w:jc w:val="center"/>
        </w:trPr>
        <w:tc>
          <w:tcPr>
            <w:tcW w:w="15394" w:type="dxa"/>
            <w:tcBorders>
              <w:top w:val="single" w:sz="10" w:space="0" w:color="D0A34D"/>
              <w:left w:val="single" w:sz="10" w:space="0" w:color="D0A34D"/>
              <w:bottom w:val="single" w:sz="10" w:space="0" w:color="D0A34D"/>
              <w:right w:val="single" w:sz="10" w:space="0" w:color="D0A34D"/>
            </w:tcBorders>
            <w:shd w:val="clear" w:color="auto" w:fill="FFF7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27F38E1" w14:textId="77777777" w:rsidR="0043760B" w:rsidRDefault="00000000">
            <w:pPr>
              <w:spacing w:after="20"/>
            </w:pPr>
            <w:r>
              <w:rPr>
                <w:b/>
                <w:sz w:val="19"/>
              </w:rPr>
              <w:t xml:space="preserve">Important registration </w:t>
            </w:r>
            <w:proofErr w:type="gramStart"/>
            <w:r>
              <w:rPr>
                <w:b/>
                <w:sz w:val="19"/>
              </w:rPr>
              <w:t>note</w:t>
            </w:r>
            <w:proofErr w:type="gramEnd"/>
          </w:p>
          <w:p w14:paraId="15B60B30" w14:textId="77777777" w:rsidR="0043760B" w:rsidRDefault="00000000">
            <w:pPr>
              <w:spacing w:after="0"/>
            </w:pPr>
            <w:r>
              <w:rPr>
                <w:sz w:val="17"/>
              </w:rPr>
              <w:t>Please complete this form in English, sign the declaration, attach eligibility proof where required, and submit it through the official competition channel. Registration is free. The organizer will issue a participant code after the registration is accepted. This form is for administration and eligibility verification only and must not be included in the anonymous final design submission boards.</w:t>
            </w:r>
          </w:p>
        </w:tc>
      </w:tr>
    </w:tbl>
    <w:p w14:paraId="0AE529FA" w14:textId="77777777" w:rsidR="0043760B" w:rsidRDefault="0043760B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3"/>
        <w:gridCol w:w="4314"/>
        <w:gridCol w:w="3093"/>
        <w:gridCol w:w="4874"/>
      </w:tblGrid>
      <w:tr w:rsidR="0043760B" w14:paraId="45C2059F" w14:textId="77777777">
        <w:trPr>
          <w:jc w:val="center"/>
        </w:trPr>
        <w:tc>
          <w:tcPr>
            <w:tcW w:w="15394" w:type="dxa"/>
            <w:gridSpan w:val="4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82361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A. ORGANIZER USE ONLY</w:t>
            </w:r>
          </w:p>
        </w:tc>
      </w:tr>
      <w:tr w:rsidR="0043760B" w14:paraId="15BF7011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E863E" w14:textId="77777777" w:rsidR="0043760B" w:rsidRDefault="00000000">
            <w:r>
              <w:rPr>
                <w:b/>
                <w:sz w:val="16"/>
              </w:rPr>
              <w:t>Registration / Participant Code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0DE6D" w14:textId="77777777" w:rsidR="0043760B" w:rsidRDefault="00000000">
            <w:r>
              <w:rPr>
                <w:i/>
                <w:color w:val="777777"/>
                <w:sz w:val="16"/>
              </w:rPr>
              <w:t>To be assigned by organizer</w:t>
            </w:r>
          </w:p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1D6A3" w14:textId="77777777" w:rsidR="0043760B" w:rsidRDefault="00000000">
            <w:r>
              <w:rPr>
                <w:b/>
                <w:sz w:val="16"/>
              </w:rPr>
              <w:t>Date Received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3F94A" w14:textId="35A2FA09" w:rsidR="0043760B" w:rsidRDefault="0043760B"/>
        </w:tc>
      </w:tr>
      <w:tr w:rsidR="0043760B" w14:paraId="20657842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3AEA08" w14:textId="77777777" w:rsidR="0043760B" w:rsidRDefault="00000000">
            <w:r>
              <w:rPr>
                <w:b/>
                <w:sz w:val="16"/>
              </w:rPr>
              <w:t>Registration Status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1150A" w14:textId="77777777" w:rsidR="0043760B" w:rsidRDefault="00000000">
            <w:proofErr w:type="gramStart"/>
            <w:r>
              <w:rPr>
                <w:i/>
                <w:color w:val="777777"/>
                <w:sz w:val="16"/>
              </w:rPr>
              <w:t>[  ]</w:t>
            </w:r>
            <w:proofErr w:type="gramEnd"/>
            <w:r>
              <w:rPr>
                <w:i/>
                <w:color w:val="777777"/>
                <w:sz w:val="16"/>
              </w:rPr>
              <w:t xml:space="preserve"> Received</w:t>
            </w:r>
            <w:proofErr w:type="gramStart"/>
            <w:r>
              <w:rPr>
                <w:i/>
                <w:color w:val="777777"/>
                <w:sz w:val="16"/>
              </w:rPr>
              <w:t xml:space="preserve">   [  ]</w:t>
            </w:r>
            <w:proofErr w:type="gramEnd"/>
            <w:r>
              <w:rPr>
                <w:i/>
                <w:color w:val="777777"/>
                <w:sz w:val="16"/>
              </w:rPr>
              <w:t xml:space="preserve"> Accepted</w:t>
            </w:r>
            <w:proofErr w:type="gramStart"/>
            <w:r>
              <w:rPr>
                <w:i/>
                <w:color w:val="777777"/>
                <w:sz w:val="16"/>
              </w:rPr>
              <w:t xml:space="preserve">   [  ]</w:t>
            </w:r>
            <w:proofErr w:type="gramEnd"/>
            <w:r>
              <w:rPr>
                <w:i/>
                <w:color w:val="777777"/>
                <w:sz w:val="16"/>
              </w:rPr>
              <w:t xml:space="preserve"> Pending</w:t>
            </w:r>
            <w:proofErr w:type="gramStart"/>
            <w:r>
              <w:rPr>
                <w:i/>
                <w:color w:val="777777"/>
                <w:sz w:val="16"/>
              </w:rPr>
              <w:t xml:space="preserve">   [  ]</w:t>
            </w:r>
            <w:proofErr w:type="gramEnd"/>
            <w:r>
              <w:rPr>
                <w:i/>
                <w:color w:val="777777"/>
                <w:sz w:val="16"/>
              </w:rPr>
              <w:t xml:space="preserve"> Not eligible</w:t>
            </w:r>
          </w:p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00FC46" w14:textId="77777777" w:rsidR="0043760B" w:rsidRDefault="00000000">
            <w:r>
              <w:rPr>
                <w:b/>
                <w:sz w:val="16"/>
              </w:rPr>
              <w:t>Reviewed By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DAC286" w14:textId="45750739" w:rsidR="0043760B" w:rsidRDefault="0043760B"/>
        </w:tc>
      </w:tr>
      <w:tr w:rsidR="0043760B" w14:paraId="758EB060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C32CD4" w14:textId="77777777" w:rsidR="0043760B" w:rsidRDefault="00000000">
            <w:r>
              <w:rPr>
                <w:b/>
                <w:sz w:val="16"/>
              </w:rPr>
              <w:t>Administrative Notes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BAB57" w14:textId="61CE613B" w:rsidR="0043760B" w:rsidRDefault="0043760B"/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8F8DA" w14:textId="77777777" w:rsidR="0043760B" w:rsidRDefault="00000000">
            <w:r>
              <w:rPr>
                <w:b/>
                <w:sz w:val="16"/>
              </w:rPr>
              <w:t>Communication Sent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FB1A4" w14:textId="77777777" w:rsidR="0043760B" w:rsidRDefault="00000000">
            <w:proofErr w:type="gramStart"/>
            <w:r>
              <w:rPr>
                <w:i/>
                <w:color w:val="777777"/>
                <w:sz w:val="16"/>
              </w:rPr>
              <w:t>[  ]</w:t>
            </w:r>
            <w:proofErr w:type="gramEnd"/>
            <w:r>
              <w:rPr>
                <w:i/>
                <w:color w:val="777777"/>
                <w:sz w:val="16"/>
              </w:rPr>
              <w:t xml:space="preserve"> Yes</w:t>
            </w:r>
            <w:proofErr w:type="gramStart"/>
            <w:r>
              <w:rPr>
                <w:i/>
                <w:color w:val="777777"/>
                <w:sz w:val="16"/>
              </w:rPr>
              <w:t xml:space="preserve">   [  ]</w:t>
            </w:r>
            <w:proofErr w:type="gramEnd"/>
            <w:r>
              <w:rPr>
                <w:i/>
                <w:color w:val="777777"/>
                <w:sz w:val="16"/>
              </w:rPr>
              <w:t xml:space="preserve"> No</w:t>
            </w:r>
          </w:p>
        </w:tc>
      </w:tr>
    </w:tbl>
    <w:p w14:paraId="767F7C89" w14:textId="4AFA3B28" w:rsidR="0043760B" w:rsidRDefault="00000000" w:rsidP="00932ACC">
      <w:r>
        <w:br w:type="page"/>
      </w:r>
      <w:r>
        <w:rPr>
          <w:b/>
          <w:sz w:val="36"/>
        </w:rPr>
        <w:lastRenderedPageBreak/>
        <w:t>Registration Type and Lead Applicant</w:t>
      </w:r>
    </w:p>
    <w:p w14:paraId="13D97C99" w14:textId="77777777" w:rsidR="0043760B" w:rsidRDefault="00000000">
      <w:pPr>
        <w:spacing w:after="120"/>
      </w:pPr>
      <w:r>
        <w:rPr>
          <w:color w:val="666666"/>
        </w:rPr>
        <w:t>Fields marked with * are required. The lead applicant receives official updates, participant code, and upload instructions.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24"/>
        <w:gridCol w:w="5124"/>
        <w:gridCol w:w="5126"/>
      </w:tblGrid>
      <w:tr w:rsidR="0043760B" w14:paraId="6BE1625C" w14:textId="77777777">
        <w:trPr>
          <w:jc w:val="center"/>
        </w:trPr>
        <w:tc>
          <w:tcPr>
            <w:tcW w:w="15394" w:type="dxa"/>
            <w:gridSpan w:val="3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DB18E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B. REGISTRATION TYPE</w:t>
            </w:r>
          </w:p>
        </w:tc>
      </w:tr>
      <w:tr w:rsidR="0043760B" w14:paraId="660C482B" w14:textId="77777777">
        <w:trPr>
          <w:jc w:val="center"/>
        </w:trPr>
        <w:tc>
          <w:tcPr>
            <w:tcW w:w="5131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75217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Individual applicant</w:t>
            </w:r>
          </w:p>
        </w:tc>
        <w:tc>
          <w:tcPr>
            <w:tcW w:w="5131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52123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Team registration</w:t>
            </w:r>
          </w:p>
        </w:tc>
        <w:tc>
          <w:tcPr>
            <w:tcW w:w="5131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4FAF5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Student category - Undergraduate</w:t>
            </w:r>
          </w:p>
        </w:tc>
      </w:tr>
      <w:tr w:rsidR="0043760B" w14:paraId="3B8A7811" w14:textId="77777777">
        <w:trPr>
          <w:jc w:val="center"/>
        </w:trPr>
        <w:tc>
          <w:tcPr>
            <w:tcW w:w="5131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9782F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Student category - Postgraduate</w:t>
            </w:r>
          </w:p>
        </w:tc>
        <w:tc>
          <w:tcPr>
            <w:tcW w:w="5131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45F64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Professional / emerging professional category</w:t>
            </w:r>
          </w:p>
        </w:tc>
        <w:tc>
          <w:tcPr>
            <w:tcW w:w="5131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C61A4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Mixed/interdisciplinary team - category to be confirmed by organizer</w:t>
            </w:r>
          </w:p>
        </w:tc>
      </w:tr>
    </w:tbl>
    <w:p w14:paraId="4A2CF373" w14:textId="77777777" w:rsidR="0043760B" w:rsidRDefault="0043760B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3"/>
        <w:gridCol w:w="4314"/>
        <w:gridCol w:w="3092"/>
        <w:gridCol w:w="4875"/>
      </w:tblGrid>
      <w:tr w:rsidR="0043760B" w14:paraId="26E49F6F" w14:textId="77777777">
        <w:trPr>
          <w:jc w:val="center"/>
        </w:trPr>
        <w:tc>
          <w:tcPr>
            <w:tcW w:w="15394" w:type="dxa"/>
            <w:gridSpan w:val="4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4635C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C. LEAD APPLICANT / TEAM COORDINATOR DETAILS</w:t>
            </w:r>
          </w:p>
        </w:tc>
      </w:tr>
      <w:tr w:rsidR="0043760B" w14:paraId="20620194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52517" w14:textId="77777777" w:rsidR="0043760B" w:rsidRDefault="00000000">
            <w:r>
              <w:rPr>
                <w:b/>
                <w:sz w:val="16"/>
              </w:rPr>
              <w:t>Full Name *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CACEF" w14:textId="485F0D6D" w:rsidR="0043760B" w:rsidRDefault="0043760B"/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334E6" w14:textId="77777777" w:rsidR="0043760B" w:rsidRDefault="00000000">
            <w:r>
              <w:rPr>
                <w:b/>
                <w:sz w:val="16"/>
              </w:rPr>
              <w:t>Preferred Name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140DB" w14:textId="2030CE93" w:rsidR="0043760B" w:rsidRDefault="0043760B"/>
        </w:tc>
      </w:tr>
      <w:tr w:rsidR="0043760B" w14:paraId="4AB990A2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35372" w14:textId="77777777" w:rsidR="0043760B" w:rsidRDefault="00000000">
            <w:r>
              <w:rPr>
                <w:b/>
                <w:sz w:val="16"/>
              </w:rPr>
              <w:t>Email Address *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051D99" w14:textId="0192E67E" w:rsidR="0043760B" w:rsidRDefault="0043760B"/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D40B0" w14:textId="77777777" w:rsidR="0043760B" w:rsidRDefault="00000000">
            <w:r>
              <w:rPr>
                <w:b/>
                <w:sz w:val="16"/>
              </w:rPr>
              <w:t>Mobile Number *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76C10" w14:textId="0B71960D" w:rsidR="0043760B" w:rsidRDefault="0043760B"/>
        </w:tc>
      </w:tr>
      <w:tr w:rsidR="0043760B" w14:paraId="643D4069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E6321" w14:textId="77777777" w:rsidR="0043760B" w:rsidRDefault="00000000">
            <w:r>
              <w:rPr>
                <w:b/>
                <w:sz w:val="16"/>
              </w:rPr>
              <w:t>Nationality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DBF62" w14:textId="7BA125B8" w:rsidR="0043760B" w:rsidRDefault="0043760B"/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3D6A4" w14:textId="77777777" w:rsidR="0043760B" w:rsidRDefault="00000000">
            <w:r>
              <w:rPr>
                <w:b/>
                <w:sz w:val="16"/>
              </w:rPr>
              <w:t>Emirate / City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E025B" w14:textId="1F96307D" w:rsidR="0043760B" w:rsidRDefault="0043760B"/>
        </w:tc>
      </w:tr>
      <w:tr w:rsidR="0043760B" w14:paraId="4CA98FCA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CF6F4" w14:textId="77777777" w:rsidR="0043760B" w:rsidRDefault="00000000">
            <w:r>
              <w:rPr>
                <w:b/>
                <w:sz w:val="16"/>
              </w:rPr>
              <w:t>Institution / Company *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ABD50" w14:textId="7030FBA7" w:rsidR="0043760B" w:rsidRDefault="0043760B"/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D9BA0" w14:textId="77777777" w:rsidR="0043760B" w:rsidRDefault="00000000">
            <w:r>
              <w:rPr>
                <w:b/>
                <w:sz w:val="16"/>
              </w:rPr>
              <w:t>Department / Discipline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822BD" w14:textId="5FCEF4FD" w:rsidR="0043760B" w:rsidRDefault="0043760B"/>
        </w:tc>
      </w:tr>
      <w:tr w:rsidR="0043760B" w14:paraId="519BE1E7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E1E23" w14:textId="77777777" w:rsidR="0043760B" w:rsidRDefault="00000000">
            <w:r>
              <w:rPr>
                <w:b/>
                <w:sz w:val="16"/>
              </w:rPr>
              <w:t>Current Status *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6F1D0" w14:textId="77777777" w:rsidR="0043760B" w:rsidRDefault="00000000">
            <w:proofErr w:type="gramStart"/>
            <w:r>
              <w:rPr>
                <w:i/>
                <w:color w:val="777777"/>
                <w:sz w:val="16"/>
              </w:rPr>
              <w:t>[  ]</w:t>
            </w:r>
            <w:proofErr w:type="gramEnd"/>
            <w:r>
              <w:rPr>
                <w:i/>
                <w:color w:val="777777"/>
                <w:sz w:val="16"/>
              </w:rPr>
              <w:t xml:space="preserve"> UG </w:t>
            </w:r>
            <w:proofErr w:type="gramStart"/>
            <w:r>
              <w:rPr>
                <w:i/>
                <w:color w:val="777777"/>
                <w:sz w:val="16"/>
              </w:rPr>
              <w:t>student  [  ]</w:t>
            </w:r>
            <w:proofErr w:type="gramEnd"/>
            <w:r>
              <w:rPr>
                <w:i/>
                <w:color w:val="777777"/>
                <w:sz w:val="16"/>
              </w:rPr>
              <w:t xml:space="preserve"> PG </w:t>
            </w:r>
            <w:proofErr w:type="gramStart"/>
            <w:r>
              <w:rPr>
                <w:i/>
                <w:color w:val="777777"/>
                <w:sz w:val="16"/>
              </w:rPr>
              <w:t>student  [  ]</w:t>
            </w:r>
            <w:proofErr w:type="gramEnd"/>
            <w:r>
              <w:rPr>
                <w:i/>
                <w:color w:val="777777"/>
                <w:sz w:val="16"/>
              </w:rPr>
              <w:t xml:space="preserve"> </w:t>
            </w:r>
            <w:proofErr w:type="gramStart"/>
            <w:r>
              <w:rPr>
                <w:i/>
                <w:color w:val="777777"/>
                <w:sz w:val="16"/>
              </w:rPr>
              <w:t>Graduate  [  ]</w:t>
            </w:r>
            <w:proofErr w:type="gramEnd"/>
            <w:r>
              <w:rPr>
                <w:i/>
                <w:color w:val="777777"/>
                <w:sz w:val="16"/>
              </w:rPr>
              <w:t xml:space="preserve"> Professional</w:t>
            </w:r>
          </w:p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7B53E" w14:textId="77777777" w:rsidR="0043760B" w:rsidRDefault="00000000">
            <w:r>
              <w:rPr>
                <w:b/>
                <w:sz w:val="16"/>
              </w:rPr>
              <w:t>ID Number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0EEF4" w14:textId="219975FD" w:rsidR="0043760B" w:rsidRDefault="0043760B"/>
        </w:tc>
      </w:tr>
      <w:tr w:rsidR="0043760B" w14:paraId="11B6121A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63DE5" w14:textId="77777777" w:rsidR="0043760B" w:rsidRDefault="00000000">
            <w:r>
              <w:rPr>
                <w:b/>
                <w:sz w:val="16"/>
              </w:rPr>
              <w:t>Qualification / Graduation Year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17860" w14:textId="22332C22" w:rsidR="0043760B" w:rsidRDefault="0043760B"/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3A9DB" w14:textId="77777777" w:rsidR="0043760B" w:rsidRDefault="00000000">
            <w:r>
              <w:rPr>
                <w:b/>
                <w:sz w:val="16"/>
              </w:rPr>
              <w:t>Proof Attached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80C20" w14:textId="77777777" w:rsidR="0043760B" w:rsidRDefault="00000000">
            <w:proofErr w:type="gramStart"/>
            <w:r>
              <w:rPr>
                <w:i/>
                <w:color w:val="777777"/>
                <w:sz w:val="16"/>
              </w:rPr>
              <w:t>[  ]</w:t>
            </w:r>
            <w:proofErr w:type="gramEnd"/>
            <w:r>
              <w:rPr>
                <w:i/>
                <w:color w:val="777777"/>
                <w:sz w:val="16"/>
              </w:rPr>
              <w:t xml:space="preserve"> </w:t>
            </w:r>
            <w:proofErr w:type="gramStart"/>
            <w:r>
              <w:rPr>
                <w:i/>
                <w:color w:val="777777"/>
                <w:sz w:val="16"/>
              </w:rPr>
              <w:t>Enrollment  [  ]</w:t>
            </w:r>
            <w:proofErr w:type="gramEnd"/>
            <w:r>
              <w:rPr>
                <w:i/>
                <w:color w:val="777777"/>
                <w:sz w:val="16"/>
              </w:rPr>
              <w:t xml:space="preserve"> </w:t>
            </w:r>
            <w:proofErr w:type="gramStart"/>
            <w:r>
              <w:rPr>
                <w:i/>
                <w:color w:val="777777"/>
                <w:sz w:val="16"/>
              </w:rPr>
              <w:t>Graduation  [  ]</w:t>
            </w:r>
            <w:proofErr w:type="gramEnd"/>
            <w:r>
              <w:rPr>
                <w:i/>
                <w:color w:val="777777"/>
                <w:sz w:val="16"/>
              </w:rPr>
              <w:t xml:space="preserve"> Professional</w:t>
            </w:r>
          </w:p>
        </w:tc>
      </w:tr>
      <w:tr w:rsidR="0043760B" w14:paraId="6A7EB966" w14:textId="77777777">
        <w:trPr>
          <w:jc w:val="center"/>
        </w:trPr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12732" w14:textId="77777777" w:rsidR="0043760B" w:rsidRDefault="00000000">
            <w:r>
              <w:rPr>
                <w:b/>
                <w:sz w:val="16"/>
              </w:rPr>
              <w:t>Portfolio / LinkedIn URL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96209" w14:textId="77777777" w:rsidR="0043760B" w:rsidRDefault="00000000">
            <w:r>
              <w:rPr>
                <w:i/>
                <w:color w:val="777777"/>
                <w:sz w:val="16"/>
              </w:rPr>
              <w:t>Optional</w:t>
            </w:r>
          </w:p>
        </w:tc>
        <w:tc>
          <w:tcPr>
            <w:tcW w:w="30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2C7F1" w14:textId="77777777" w:rsidR="0043760B" w:rsidRDefault="00000000">
            <w:r>
              <w:rPr>
                <w:b/>
                <w:sz w:val="16"/>
              </w:rPr>
              <w:t>Postal Address</w:t>
            </w:r>
          </w:p>
        </w:tc>
        <w:tc>
          <w:tcPr>
            <w:tcW w:w="432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D25C5" w14:textId="77777777" w:rsidR="0043760B" w:rsidRDefault="00000000">
            <w:r>
              <w:rPr>
                <w:i/>
                <w:color w:val="777777"/>
                <w:sz w:val="16"/>
              </w:rPr>
              <w:t>Optional</w:t>
            </w:r>
          </w:p>
        </w:tc>
      </w:tr>
    </w:tbl>
    <w:p w14:paraId="1A9B7F29" w14:textId="77777777" w:rsidR="0043760B" w:rsidRDefault="00000000">
      <w:r>
        <w:br w:type="page"/>
      </w:r>
    </w:p>
    <w:p w14:paraId="5A69FA18" w14:textId="77777777" w:rsidR="0043760B" w:rsidRDefault="00000000">
      <w:pPr>
        <w:spacing w:before="100" w:after="40"/>
      </w:pPr>
      <w:r>
        <w:rPr>
          <w:b/>
          <w:sz w:val="36"/>
        </w:rPr>
        <w:lastRenderedPageBreak/>
        <w:t>Eligibility and Discipline</w:t>
      </w:r>
    </w:p>
    <w:p w14:paraId="2EAC5F62" w14:textId="77777777" w:rsidR="0043760B" w:rsidRDefault="00000000">
      <w:pPr>
        <w:spacing w:after="120"/>
      </w:pPr>
      <w:r>
        <w:rPr>
          <w:color w:val="666666"/>
        </w:rPr>
        <w:t>Each applicant/team member must satisfy the competition eligibility rules and provide proof if requested.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87"/>
        <w:gridCol w:w="7687"/>
      </w:tblGrid>
      <w:tr w:rsidR="0043760B" w14:paraId="51DD0902" w14:textId="77777777">
        <w:trPr>
          <w:jc w:val="center"/>
        </w:trPr>
        <w:tc>
          <w:tcPr>
            <w:tcW w:w="15394" w:type="dxa"/>
            <w:gridSpan w:val="2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40553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D. ACADEMIC / PROFESSIONAL ELIGIBILITY CONFIRMATION</w:t>
            </w:r>
          </w:p>
        </w:tc>
      </w:tr>
      <w:tr w:rsidR="0043760B" w14:paraId="3C6401E6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F72FC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I am currently enrolled in a UAE-based university or higher education institution.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AFE8C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I am a graduate of a UAE-based university or higher education institution.</w:t>
            </w:r>
          </w:p>
        </w:tc>
      </w:tr>
      <w:tr w:rsidR="0043760B" w14:paraId="5ADAE5FB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9A181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I am registering as a professional or emerging professional in a related design field.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5C09B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I understand that proof of enrollment, graduation, or professional status may be requested.</w:t>
            </w:r>
          </w:p>
        </w:tc>
      </w:tr>
      <w:tr w:rsidR="0043760B" w14:paraId="34BC0A7E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5A8C6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I understand that the organizer may reject incomplete or non-eligible registrations.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87E8F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I confirm that all contact details provided are accurate.</w:t>
            </w:r>
          </w:p>
        </w:tc>
      </w:tr>
    </w:tbl>
    <w:p w14:paraId="2CEB55BF" w14:textId="77777777" w:rsidR="0043760B" w:rsidRDefault="0043760B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3842"/>
        <w:gridCol w:w="3842"/>
        <w:gridCol w:w="3848"/>
      </w:tblGrid>
      <w:tr w:rsidR="0043760B" w14:paraId="0CFF87A1" w14:textId="77777777">
        <w:trPr>
          <w:jc w:val="center"/>
        </w:trPr>
        <w:tc>
          <w:tcPr>
            <w:tcW w:w="15394" w:type="dxa"/>
            <w:gridSpan w:val="4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54F49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E. RELATED FIELD / DISCIPLINE</w:t>
            </w:r>
          </w:p>
        </w:tc>
      </w:tr>
      <w:tr w:rsidR="0043760B" w14:paraId="55346CDC" w14:textId="77777777">
        <w:trPr>
          <w:jc w:val="center"/>
        </w:trPr>
        <w:tc>
          <w:tcPr>
            <w:tcW w:w="3848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2D260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Architecture</w:t>
            </w:r>
          </w:p>
        </w:tc>
        <w:tc>
          <w:tcPr>
            <w:tcW w:w="3848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D9122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Architectural engineering</w:t>
            </w:r>
          </w:p>
        </w:tc>
        <w:tc>
          <w:tcPr>
            <w:tcW w:w="3848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57A2E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Urban design / planning</w:t>
            </w:r>
          </w:p>
        </w:tc>
        <w:tc>
          <w:tcPr>
            <w:tcW w:w="3848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CEC5D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Landscape architecture</w:t>
            </w:r>
          </w:p>
        </w:tc>
      </w:tr>
      <w:tr w:rsidR="0043760B" w14:paraId="0A348153" w14:textId="77777777">
        <w:trPr>
          <w:jc w:val="center"/>
        </w:trPr>
        <w:tc>
          <w:tcPr>
            <w:tcW w:w="3848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1178A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Interior design</w:t>
            </w:r>
          </w:p>
        </w:tc>
        <w:tc>
          <w:tcPr>
            <w:tcW w:w="3848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0E298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Engineering</w:t>
            </w:r>
          </w:p>
        </w:tc>
        <w:tc>
          <w:tcPr>
            <w:tcW w:w="3848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1DCC7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Sustainability / environmental design</w:t>
            </w:r>
          </w:p>
        </w:tc>
        <w:tc>
          <w:tcPr>
            <w:tcW w:w="3848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F8601" w14:textId="77777777" w:rsidR="0043760B" w:rsidRDefault="00000000"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Allied field - specify: ______________________________</w:t>
            </w:r>
          </w:p>
        </w:tc>
      </w:tr>
    </w:tbl>
    <w:p w14:paraId="1B520008" w14:textId="77777777" w:rsidR="0043760B" w:rsidRDefault="0043760B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68"/>
      </w:tblGrid>
      <w:tr w:rsidR="0043760B" w14:paraId="6595851F" w14:textId="77777777">
        <w:trPr>
          <w:jc w:val="center"/>
        </w:trPr>
        <w:tc>
          <w:tcPr>
            <w:tcW w:w="15394" w:type="dxa"/>
            <w:tcBorders>
              <w:top w:val="single" w:sz="10" w:space="0" w:color="D0A34D"/>
              <w:left w:val="single" w:sz="10" w:space="0" w:color="D0A34D"/>
              <w:bottom w:val="single" w:sz="10" w:space="0" w:color="D0A34D"/>
              <w:right w:val="single" w:sz="10" w:space="0" w:color="D0A34D"/>
            </w:tcBorders>
            <w:shd w:val="clear" w:color="auto" w:fill="FFF7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3D7F332" w14:textId="77777777" w:rsidR="0043760B" w:rsidRDefault="00000000">
            <w:pPr>
              <w:spacing w:after="20"/>
            </w:pPr>
            <w:r>
              <w:rPr>
                <w:b/>
                <w:sz w:val="19"/>
              </w:rPr>
              <w:t xml:space="preserve">Eligibility </w:t>
            </w:r>
            <w:proofErr w:type="gramStart"/>
            <w:r>
              <w:rPr>
                <w:b/>
                <w:sz w:val="19"/>
              </w:rPr>
              <w:t>note</w:t>
            </w:r>
            <w:proofErr w:type="gramEnd"/>
          </w:p>
          <w:p w14:paraId="7E999928" w14:textId="77777777" w:rsidR="0043760B" w:rsidRDefault="00000000">
            <w:pPr>
              <w:spacing w:after="0"/>
            </w:pPr>
            <w:r>
              <w:rPr>
                <w:sz w:val="17"/>
              </w:rPr>
              <w:t xml:space="preserve">The competition welcomes students, postgraduate students, professionals, and emerging professionals from architecture, architectural engineering, urban design, planning, landscape architecture, interior design, engineering, sustainability, and allied fields. </w:t>
            </w:r>
            <w:r w:rsidRPr="00932ACC">
              <w:rPr>
                <w:b/>
                <w:bCs/>
                <w:sz w:val="17"/>
              </w:rPr>
              <w:t>All participants must meet the UAE-based higher education eligibility requirement as stated in the competition brief.</w:t>
            </w:r>
          </w:p>
        </w:tc>
      </w:tr>
    </w:tbl>
    <w:p w14:paraId="3420DE30" w14:textId="77777777" w:rsidR="0043760B" w:rsidRDefault="0043760B">
      <w:pPr>
        <w:spacing w:after="20"/>
      </w:pPr>
    </w:p>
    <w:p w14:paraId="6BF8AECD" w14:textId="77777777" w:rsidR="0043760B" w:rsidRDefault="00000000">
      <w:r>
        <w:br w:type="page"/>
      </w:r>
    </w:p>
    <w:p w14:paraId="3E56E6BC" w14:textId="77777777" w:rsidR="0043760B" w:rsidRDefault="00000000">
      <w:pPr>
        <w:spacing w:before="100" w:after="40"/>
      </w:pPr>
      <w:r>
        <w:rPr>
          <w:b/>
          <w:sz w:val="36"/>
        </w:rPr>
        <w:lastRenderedPageBreak/>
        <w:t>Team Members</w:t>
      </w:r>
    </w:p>
    <w:p w14:paraId="26DE824E" w14:textId="77777777" w:rsidR="0043760B" w:rsidRDefault="00000000">
      <w:pPr>
        <w:spacing w:after="120"/>
      </w:pPr>
      <w:r>
        <w:rPr>
          <w:color w:val="666666"/>
        </w:rPr>
        <w:t>List all participants. Add extra rows/pages only if needed and permitted by the organizer.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22"/>
        <w:gridCol w:w="1921"/>
        <w:gridCol w:w="1921"/>
        <w:gridCol w:w="1922"/>
        <w:gridCol w:w="1922"/>
        <w:gridCol w:w="1921"/>
        <w:gridCol w:w="1921"/>
        <w:gridCol w:w="1924"/>
      </w:tblGrid>
      <w:tr w:rsidR="0043760B" w14:paraId="5D9B4160" w14:textId="77777777">
        <w:trPr>
          <w:jc w:val="center"/>
        </w:trPr>
        <w:tc>
          <w:tcPr>
            <w:tcW w:w="15394" w:type="dxa"/>
            <w:gridSpan w:val="8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9B32B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F. TEAM COMPOSITION</w:t>
            </w:r>
          </w:p>
        </w:tc>
      </w:tr>
      <w:tr w:rsidR="0043760B" w14:paraId="55BB8BE6" w14:textId="77777777">
        <w:trPr>
          <w:jc w:val="center"/>
        </w:trPr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7E807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No.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D1A74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Full name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C99AD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Role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04AE7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Category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65D95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Institution / Company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0D28E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Email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A589E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Mobile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686BC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4"/>
              </w:rPr>
              <w:t>Proof attached</w:t>
            </w:r>
          </w:p>
        </w:tc>
      </w:tr>
      <w:tr w:rsidR="0043760B" w14:paraId="30D16961" w14:textId="77777777">
        <w:trPr>
          <w:jc w:val="center"/>
        </w:trPr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2D9D6" w14:textId="77777777" w:rsidR="0043760B" w:rsidRDefault="00000000">
            <w:pPr>
              <w:jc w:val="center"/>
            </w:pPr>
            <w:r>
              <w:rPr>
                <w:b/>
                <w:sz w:val="14"/>
              </w:rPr>
              <w:t>1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BB411" w14:textId="175029DA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7DB66" w14:textId="796259D9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8AF33" w14:textId="77777777" w:rsidR="0043760B" w:rsidRDefault="00000000">
            <w:r>
              <w:rPr>
                <w:i/>
                <w:color w:val="777777"/>
                <w:sz w:val="14"/>
              </w:rPr>
              <w:t>Student UG / PG / Professional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5F486" w14:textId="7591DE7A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2669C" w14:textId="59CA7A47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755C7" w14:textId="372C6A79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26460" w14:textId="77777777" w:rsidR="0043760B" w:rsidRDefault="00000000">
            <w:proofErr w:type="gramStart"/>
            <w:r>
              <w:rPr>
                <w:sz w:val="14"/>
              </w:rPr>
              <w:t>[  ]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Yes  [  ]</w:t>
            </w:r>
            <w:proofErr w:type="gramEnd"/>
            <w:r>
              <w:rPr>
                <w:sz w:val="14"/>
              </w:rPr>
              <w:t xml:space="preserve"> No</w:t>
            </w:r>
          </w:p>
        </w:tc>
      </w:tr>
      <w:tr w:rsidR="0043760B" w14:paraId="679A6FFC" w14:textId="77777777">
        <w:trPr>
          <w:jc w:val="center"/>
        </w:trPr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4720C" w14:textId="77777777" w:rsidR="0043760B" w:rsidRDefault="00000000">
            <w:pPr>
              <w:jc w:val="center"/>
            </w:pPr>
            <w:r>
              <w:rPr>
                <w:b/>
                <w:sz w:val="14"/>
              </w:rPr>
              <w:t>2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835F6" w14:textId="0AB01AB6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B0519" w14:textId="4D1DC8E0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F44AF" w14:textId="77777777" w:rsidR="0043760B" w:rsidRDefault="00000000">
            <w:r>
              <w:rPr>
                <w:i/>
                <w:color w:val="777777"/>
                <w:sz w:val="14"/>
              </w:rPr>
              <w:t>Student UG / PG / Professional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AB4AF" w14:textId="7810D4BF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25F83" w14:textId="47C1E4B0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6F870" w14:textId="3DFD867D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59DFA" w14:textId="77777777" w:rsidR="0043760B" w:rsidRDefault="00000000">
            <w:proofErr w:type="gramStart"/>
            <w:r>
              <w:rPr>
                <w:sz w:val="14"/>
              </w:rPr>
              <w:t>[  ]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Yes  [  ]</w:t>
            </w:r>
            <w:proofErr w:type="gramEnd"/>
            <w:r>
              <w:rPr>
                <w:sz w:val="14"/>
              </w:rPr>
              <w:t xml:space="preserve"> No</w:t>
            </w:r>
          </w:p>
        </w:tc>
      </w:tr>
      <w:tr w:rsidR="0043760B" w14:paraId="619779DE" w14:textId="77777777">
        <w:trPr>
          <w:jc w:val="center"/>
        </w:trPr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71387" w14:textId="77777777" w:rsidR="0043760B" w:rsidRDefault="00000000">
            <w:pPr>
              <w:jc w:val="center"/>
            </w:pPr>
            <w:r>
              <w:rPr>
                <w:b/>
                <w:sz w:val="14"/>
              </w:rPr>
              <w:t>3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4FAFC" w14:textId="34CD9B20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D6054" w14:textId="20FD69B9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534A1" w14:textId="77777777" w:rsidR="0043760B" w:rsidRDefault="00000000">
            <w:r>
              <w:rPr>
                <w:i/>
                <w:color w:val="777777"/>
                <w:sz w:val="14"/>
              </w:rPr>
              <w:t>Student UG / PG / Professional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0F495" w14:textId="38BE88EA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3C7C7" w14:textId="746F072E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3FA5B" w14:textId="421D3DC8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83F76" w14:textId="77777777" w:rsidR="0043760B" w:rsidRDefault="00000000">
            <w:proofErr w:type="gramStart"/>
            <w:r>
              <w:rPr>
                <w:sz w:val="14"/>
              </w:rPr>
              <w:t>[  ]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Yes  [  ]</w:t>
            </w:r>
            <w:proofErr w:type="gramEnd"/>
            <w:r>
              <w:rPr>
                <w:sz w:val="14"/>
              </w:rPr>
              <w:t xml:space="preserve"> No</w:t>
            </w:r>
          </w:p>
        </w:tc>
      </w:tr>
      <w:tr w:rsidR="0043760B" w14:paraId="6BCE59E8" w14:textId="77777777">
        <w:trPr>
          <w:jc w:val="center"/>
        </w:trPr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2B17FD" w14:textId="77777777" w:rsidR="0043760B" w:rsidRDefault="00000000">
            <w:pPr>
              <w:jc w:val="center"/>
            </w:pPr>
            <w:r>
              <w:rPr>
                <w:b/>
                <w:sz w:val="14"/>
              </w:rPr>
              <w:t>4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3EC53" w14:textId="7303407F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DF475" w14:textId="4EC4E7F3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81135" w14:textId="77777777" w:rsidR="0043760B" w:rsidRDefault="00000000">
            <w:r>
              <w:rPr>
                <w:i/>
                <w:color w:val="777777"/>
                <w:sz w:val="14"/>
              </w:rPr>
              <w:t>Student UG / PG / Professional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8FCE4" w14:textId="009757A5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A7A1D" w14:textId="62736858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B88B8" w14:textId="76D7E95C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8E10B" w14:textId="77777777" w:rsidR="0043760B" w:rsidRDefault="00000000">
            <w:proofErr w:type="gramStart"/>
            <w:r>
              <w:rPr>
                <w:sz w:val="14"/>
              </w:rPr>
              <w:t>[  ]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Yes  [  ]</w:t>
            </w:r>
            <w:proofErr w:type="gramEnd"/>
            <w:r>
              <w:rPr>
                <w:sz w:val="14"/>
              </w:rPr>
              <w:t xml:space="preserve"> No</w:t>
            </w:r>
          </w:p>
        </w:tc>
      </w:tr>
      <w:tr w:rsidR="0043760B" w14:paraId="29B0E14A" w14:textId="77777777">
        <w:trPr>
          <w:jc w:val="center"/>
        </w:trPr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BFD3C" w14:textId="77777777" w:rsidR="0043760B" w:rsidRDefault="00000000">
            <w:pPr>
              <w:jc w:val="center"/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ECC9F" w14:textId="2A4FA837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CEA32" w14:textId="5ECE4591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15283" w14:textId="77777777" w:rsidR="0043760B" w:rsidRDefault="00000000">
            <w:r>
              <w:rPr>
                <w:i/>
                <w:color w:val="777777"/>
                <w:sz w:val="14"/>
              </w:rPr>
              <w:t>Student UG / PG / Professional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736F9" w14:textId="490A183A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49797" w14:textId="0076E2E5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87157" w14:textId="5420681B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10F9D" w14:textId="77777777" w:rsidR="0043760B" w:rsidRDefault="00000000">
            <w:proofErr w:type="gramStart"/>
            <w:r>
              <w:rPr>
                <w:sz w:val="14"/>
              </w:rPr>
              <w:t>[  ]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Yes  [  ]</w:t>
            </w:r>
            <w:proofErr w:type="gramEnd"/>
            <w:r>
              <w:rPr>
                <w:sz w:val="14"/>
              </w:rPr>
              <w:t xml:space="preserve"> No</w:t>
            </w:r>
          </w:p>
        </w:tc>
      </w:tr>
      <w:tr w:rsidR="0043760B" w14:paraId="4F34FE6D" w14:textId="77777777">
        <w:trPr>
          <w:jc w:val="center"/>
        </w:trPr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F92E7" w14:textId="77777777" w:rsidR="0043760B" w:rsidRDefault="00000000">
            <w:pPr>
              <w:jc w:val="center"/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3522E" w14:textId="6EF2D993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47346" w14:textId="4CF505F8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716A0" w14:textId="77777777" w:rsidR="0043760B" w:rsidRDefault="00000000">
            <w:r>
              <w:rPr>
                <w:i/>
                <w:color w:val="777777"/>
                <w:sz w:val="14"/>
              </w:rPr>
              <w:t>Student UG / PG / Professional</w:t>
            </w:r>
          </w:p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BDBEE" w14:textId="23504742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11134" w14:textId="6BEB2662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DC645" w14:textId="7A46AD0C" w:rsidR="0043760B" w:rsidRDefault="0043760B"/>
        </w:tc>
        <w:tc>
          <w:tcPr>
            <w:tcW w:w="192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BF865" w14:textId="77777777" w:rsidR="0043760B" w:rsidRDefault="00000000">
            <w:proofErr w:type="gramStart"/>
            <w:r>
              <w:rPr>
                <w:sz w:val="14"/>
              </w:rPr>
              <w:t>[  ]</w:t>
            </w:r>
            <w:proofErr w:type="gramEnd"/>
            <w:r>
              <w:rPr>
                <w:sz w:val="14"/>
              </w:rPr>
              <w:t xml:space="preserve"> </w:t>
            </w:r>
            <w:proofErr w:type="gramStart"/>
            <w:r>
              <w:rPr>
                <w:sz w:val="14"/>
              </w:rPr>
              <w:t>Yes  [  ]</w:t>
            </w:r>
            <w:proofErr w:type="gramEnd"/>
            <w:r>
              <w:rPr>
                <w:sz w:val="14"/>
              </w:rPr>
              <w:t xml:space="preserve"> No</w:t>
            </w:r>
          </w:p>
        </w:tc>
      </w:tr>
    </w:tbl>
    <w:p w14:paraId="3F117D3B" w14:textId="77777777" w:rsidR="0043760B" w:rsidRDefault="0043760B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68"/>
      </w:tblGrid>
      <w:tr w:rsidR="0043760B" w14:paraId="17949BE1" w14:textId="77777777">
        <w:trPr>
          <w:jc w:val="center"/>
        </w:trPr>
        <w:tc>
          <w:tcPr>
            <w:tcW w:w="15394" w:type="dxa"/>
            <w:tcBorders>
              <w:top w:val="single" w:sz="10" w:space="0" w:color="D0A34D"/>
              <w:left w:val="single" w:sz="10" w:space="0" w:color="D0A34D"/>
              <w:bottom w:val="single" w:sz="10" w:space="0" w:color="D0A34D"/>
              <w:right w:val="single" w:sz="10" w:space="0" w:color="D0A34D"/>
            </w:tcBorders>
            <w:shd w:val="clear" w:color="auto" w:fill="FFF7E8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CFE0DE9" w14:textId="77777777" w:rsidR="0043760B" w:rsidRDefault="00000000">
            <w:pPr>
              <w:spacing w:after="20"/>
            </w:pPr>
            <w:r>
              <w:rPr>
                <w:b/>
                <w:sz w:val="19"/>
              </w:rPr>
              <w:t>Team category note</w:t>
            </w:r>
          </w:p>
          <w:p w14:paraId="59687670" w14:textId="77777777" w:rsidR="0043760B" w:rsidRDefault="00000000">
            <w:pPr>
              <w:spacing w:after="0"/>
            </w:pPr>
            <w:r>
              <w:rPr>
                <w:sz w:val="17"/>
              </w:rPr>
              <w:t>If a team includes participants from different categories, the final prize/category classification will be confirmed by the organizer. The lead applicant is responsible for ensuring that all team members receive official updates and comply with the rules.</w:t>
            </w:r>
          </w:p>
        </w:tc>
      </w:tr>
    </w:tbl>
    <w:p w14:paraId="3B2CBD83" w14:textId="77777777" w:rsidR="0043760B" w:rsidRDefault="0043760B">
      <w:pPr>
        <w:spacing w:after="20"/>
      </w:pPr>
    </w:p>
    <w:p w14:paraId="3E6F1BF6" w14:textId="77777777" w:rsidR="0043760B" w:rsidRDefault="00000000">
      <w:r>
        <w:br w:type="page"/>
      </w:r>
    </w:p>
    <w:p w14:paraId="4790903F" w14:textId="77777777" w:rsidR="0043760B" w:rsidRDefault="00000000">
      <w:pPr>
        <w:spacing w:before="100" w:after="40"/>
      </w:pPr>
      <w:r>
        <w:rPr>
          <w:b/>
          <w:sz w:val="36"/>
        </w:rPr>
        <w:lastRenderedPageBreak/>
        <w:t>Preliminary Project Profile</w:t>
      </w:r>
    </w:p>
    <w:p w14:paraId="0FFA9F99" w14:textId="77777777" w:rsidR="0043760B" w:rsidRDefault="00000000">
      <w:pPr>
        <w:spacing w:after="120"/>
      </w:pPr>
      <w:r>
        <w:rPr>
          <w:color w:val="666666"/>
        </w:rPr>
        <w:t>This information supports registration administration. Final design details may evolve before submission.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87"/>
        <w:gridCol w:w="7687"/>
      </w:tblGrid>
      <w:tr w:rsidR="0043760B" w14:paraId="787A3DCE" w14:textId="77777777">
        <w:trPr>
          <w:jc w:val="center"/>
        </w:trPr>
        <w:tc>
          <w:tcPr>
            <w:tcW w:w="15394" w:type="dxa"/>
            <w:gridSpan w:val="2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97AD7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G. OFFICIAL SITE SELECTION</w:t>
            </w:r>
          </w:p>
        </w:tc>
      </w:tr>
      <w:tr w:rsidR="0043760B" w14:paraId="7863A7FC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1EE6B" w14:textId="77777777" w:rsidR="0043760B" w:rsidRDefault="00000000">
            <w:r>
              <w:rPr>
                <w:b/>
                <w:color w:val="FFFFFF"/>
                <w:sz w:val="17"/>
              </w:rPr>
              <w:t>Selected / intended site *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4259C" w14:textId="77777777" w:rsidR="0043760B" w:rsidRDefault="00000000">
            <w:r>
              <w:rPr>
                <w:b/>
                <w:color w:val="FFFFFF"/>
                <w:sz w:val="17"/>
              </w:rPr>
              <w:t>Site description</w:t>
            </w:r>
          </w:p>
        </w:tc>
      </w:tr>
      <w:tr w:rsidR="0043760B" w14:paraId="7417137F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07858" w14:textId="77777777" w:rsidR="0043760B" w:rsidRDefault="00000000" w:rsidP="00932ACC">
            <w:pPr>
              <w:spacing w:after="0"/>
            </w:pPr>
            <w:proofErr w:type="gramStart"/>
            <w:r>
              <w:rPr>
                <w:b/>
                <w:sz w:val="17"/>
              </w:rPr>
              <w:t>[  ]</w:t>
            </w:r>
            <w:proofErr w:type="gramEnd"/>
            <w:r>
              <w:rPr>
                <w:b/>
                <w:sz w:val="17"/>
              </w:rPr>
              <w:t xml:space="preserve"> Site 1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57CF2" w14:textId="77777777" w:rsidR="0043760B" w:rsidRDefault="00000000" w:rsidP="00932ACC">
            <w:pPr>
              <w:spacing w:after="0"/>
            </w:pPr>
            <w:r>
              <w:rPr>
                <w:sz w:val="16"/>
              </w:rPr>
              <w:t>Al Ain Oasis Edge Redevelopment Area - heritage marketplace / souq-related redevelopment opportunity</w:t>
            </w:r>
          </w:p>
        </w:tc>
      </w:tr>
      <w:tr w:rsidR="0043760B" w14:paraId="55CCA805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3E932" w14:textId="77777777" w:rsidR="0043760B" w:rsidRDefault="00000000" w:rsidP="00932ACC">
            <w:pPr>
              <w:spacing w:after="0"/>
            </w:pPr>
            <w:proofErr w:type="gramStart"/>
            <w:r>
              <w:rPr>
                <w:b/>
                <w:sz w:val="17"/>
              </w:rPr>
              <w:t>[  ]</w:t>
            </w:r>
            <w:proofErr w:type="gramEnd"/>
            <w:r>
              <w:rPr>
                <w:b/>
                <w:sz w:val="17"/>
              </w:rPr>
              <w:t xml:space="preserve"> Site 2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5F8F6" w14:textId="77777777" w:rsidR="0043760B" w:rsidRDefault="00000000" w:rsidP="00932ACC">
            <w:pPr>
              <w:spacing w:after="0"/>
            </w:pPr>
            <w:r>
              <w:rPr>
                <w:sz w:val="16"/>
              </w:rPr>
              <w:t xml:space="preserve">Al </w:t>
            </w:r>
            <w:proofErr w:type="spellStart"/>
            <w:r>
              <w:rPr>
                <w:sz w:val="16"/>
              </w:rPr>
              <w:t>Rubainah</w:t>
            </w:r>
            <w:proofErr w:type="spellEnd"/>
            <w:r>
              <w:rPr>
                <w:sz w:val="16"/>
              </w:rPr>
              <w:t xml:space="preserve"> Cultural Destination Site - cultural destination, landmark, or visitor hub opportunity</w:t>
            </w:r>
          </w:p>
        </w:tc>
      </w:tr>
      <w:tr w:rsidR="0043760B" w14:paraId="0CD5D598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69991" w14:textId="77777777" w:rsidR="0043760B" w:rsidRDefault="00000000" w:rsidP="00932ACC">
            <w:pPr>
              <w:spacing w:after="0"/>
            </w:pPr>
            <w:proofErr w:type="gramStart"/>
            <w:r>
              <w:rPr>
                <w:b/>
                <w:sz w:val="17"/>
              </w:rPr>
              <w:t>[  ]</w:t>
            </w:r>
            <w:proofErr w:type="gramEnd"/>
            <w:r>
              <w:rPr>
                <w:b/>
                <w:sz w:val="17"/>
              </w:rPr>
              <w:t xml:space="preserve"> To be confirmed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E09AC" w14:textId="77777777" w:rsidR="0043760B" w:rsidRDefault="00000000" w:rsidP="00932ACC">
            <w:pPr>
              <w:spacing w:after="0"/>
            </w:pPr>
            <w:r>
              <w:rPr>
                <w:sz w:val="16"/>
              </w:rPr>
              <w:t>Final submission must be located within one of the two official sites. Alternative self-selected sites are not permitted.</w:t>
            </w:r>
          </w:p>
        </w:tc>
      </w:tr>
    </w:tbl>
    <w:p w14:paraId="026FCDFD" w14:textId="77777777" w:rsidR="0043760B" w:rsidRDefault="0043760B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87"/>
        <w:gridCol w:w="7687"/>
      </w:tblGrid>
      <w:tr w:rsidR="0043760B" w14:paraId="6452C3A4" w14:textId="77777777">
        <w:trPr>
          <w:jc w:val="center"/>
        </w:trPr>
        <w:tc>
          <w:tcPr>
            <w:tcW w:w="15394" w:type="dxa"/>
            <w:gridSpan w:val="2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E0501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H. ELIGIBLE PROJECT TYPE / SCOPE</w:t>
            </w:r>
          </w:p>
        </w:tc>
      </w:tr>
      <w:tr w:rsidR="0043760B" w14:paraId="46943959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857F9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Heritage-linked visitor, research, or community infrastructure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3CCC9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Climate-responsive pavilion, interpretive </w:t>
            </w:r>
            <w:proofErr w:type="spellStart"/>
            <w:r>
              <w:rPr>
                <w:sz w:val="16"/>
              </w:rPr>
              <w:t>centre</w:t>
            </w:r>
            <w:proofErr w:type="spellEnd"/>
            <w:r>
              <w:rPr>
                <w:sz w:val="16"/>
              </w:rPr>
              <w:t>, or learning space</w:t>
            </w:r>
          </w:p>
        </w:tc>
      </w:tr>
      <w:tr w:rsidR="0043760B" w14:paraId="2EDE16A5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8EE9D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Adaptive reuse or contemporary addition to existing built elements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6CA5D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Public-realm and landscape intervention improving shade, movement, comfort, and interpretation</w:t>
            </w:r>
          </w:p>
        </w:tc>
      </w:tr>
      <w:tr w:rsidR="0043760B" w14:paraId="2C015CF4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78F03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Archaeological interpretation route, viewing structure, threshold, gathering space, or site narrative system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61C1D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Small urban / landscape connector improving arrival, orientation, and visitor experience</w:t>
            </w:r>
          </w:p>
        </w:tc>
      </w:tr>
    </w:tbl>
    <w:p w14:paraId="4B57BD01" w14:textId="77777777" w:rsidR="0043760B" w:rsidRDefault="0043760B">
      <w:pPr>
        <w:spacing w:after="20"/>
      </w:pPr>
    </w:p>
    <w:tbl>
      <w:tblPr>
        <w:tblW w:w="15380" w:type="dxa"/>
        <w:jc w:val="center"/>
        <w:tblLook w:val="04A0" w:firstRow="1" w:lastRow="0" w:firstColumn="1" w:lastColumn="0" w:noHBand="0" w:noVBand="1"/>
      </w:tblPr>
      <w:tblGrid>
        <w:gridCol w:w="3080"/>
        <w:gridCol w:w="4296"/>
        <w:gridCol w:w="3083"/>
        <w:gridCol w:w="4915"/>
        <w:gridCol w:w="6"/>
      </w:tblGrid>
      <w:tr w:rsidR="0043760B" w14:paraId="4E651F9F" w14:textId="77777777" w:rsidTr="00932ACC">
        <w:trPr>
          <w:gridAfter w:val="1"/>
          <w:wAfter w:w="6" w:type="dxa"/>
          <w:jc w:val="center"/>
        </w:trPr>
        <w:tc>
          <w:tcPr>
            <w:tcW w:w="15374" w:type="dxa"/>
            <w:gridSpan w:val="4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AAA53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I. PRELIMINARY PROJECT INFORMATION</w:t>
            </w:r>
          </w:p>
        </w:tc>
      </w:tr>
      <w:tr w:rsidR="0043760B" w14:paraId="69A3E802" w14:textId="77777777" w:rsidTr="00932ACC">
        <w:trPr>
          <w:gridAfter w:val="1"/>
          <w:wAfter w:w="6" w:type="dxa"/>
          <w:jc w:val="center"/>
        </w:trPr>
        <w:tc>
          <w:tcPr>
            <w:tcW w:w="308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AFF24" w14:textId="77777777" w:rsidR="0043760B" w:rsidRDefault="00000000">
            <w:r>
              <w:rPr>
                <w:b/>
                <w:sz w:val="16"/>
              </w:rPr>
              <w:t>Working Project Title</w:t>
            </w:r>
          </w:p>
        </w:tc>
        <w:tc>
          <w:tcPr>
            <w:tcW w:w="42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ABC87" w14:textId="04698C04" w:rsidR="0043760B" w:rsidRDefault="0043760B"/>
        </w:tc>
        <w:tc>
          <w:tcPr>
            <w:tcW w:w="3083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F6693" w14:textId="77777777" w:rsidR="0043760B" w:rsidRDefault="00000000">
            <w:r>
              <w:rPr>
                <w:b/>
                <w:sz w:val="16"/>
              </w:rPr>
              <w:t>Primary Site</w:t>
            </w:r>
          </w:p>
        </w:tc>
        <w:tc>
          <w:tcPr>
            <w:tcW w:w="4915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F05F1" w14:textId="77777777" w:rsidR="0043760B" w:rsidRDefault="00000000">
            <w:r>
              <w:rPr>
                <w:i/>
                <w:color w:val="777777"/>
                <w:sz w:val="16"/>
              </w:rPr>
              <w:t>Site 1 / Site 2</w:t>
            </w:r>
          </w:p>
        </w:tc>
      </w:tr>
      <w:tr w:rsidR="0043760B" w14:paraId="61B5F3D7" w14:textId="77777777" w:rsidTr="00932ACC">
        <w:trPr>
          <w:gridAfter w:val="1"/>
          <w:wAfter w:w="6" w:type="dxa"/>
          <w:jc w:val="center"/>
        </w:trPr>
        <w:tc>
          <w:tcPr>
            <w:tcW w:w="3080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87F6C" w14:textId="77777777" w:rsidR="0043760B" w:rsidRDefault="00000000">
            <w:r>
              <w:rPr>
                <w:b/>
                <w:sz w:val="16"/>
              </w:rPr>
              <w:t>Main Design Focus</w:t>
            </w:r>
          </w:p>
        </w:tc>
        <w:tc>
          <w:tcPr>
            <w:tcW w:w="4296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D453F" w14:textId="77777777" w:rsidR="0043760B" w:rsidRDefault="00000000">
            <w:r>
              <w:rPr>
                <w:i/>
                <w:color w:val="777777"/>
                <w:sz w:val="16"/>
              </w:rPr>
              <w:t>Heritage / climate / public realm / tourism / other</w:t>
            </w:r>
          </w:p>
        </w:tc>
        <w:tc>
          <w:tcPr>
            <w:tcW w:w="3083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67B1F" w14:textId="77777777" w:rsidR="0043760B" w:rsidRDefault="00000000">
            <w:r>
              <w:rPr>
                <w:b/>
                <w:sz w:val="16"/>
              </w:rPr>
              <w:t>Approximate Scale</w:t>
            </w:r>
          </w:p>
        </w:tc>
        <w:tc>
          <w:tcPr>
            <w:tcW w:w="4915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E2A34" w14:textId="77777777" w:rsidR="0043760B" w:rsidRDefault="00000000">
            <w:r>
              <w:rPr>
                <w:i/>
                <w:color w:val="777777"/>
                <w:sz w:val="16"/>
              </w:rPr>
              <w:t>Pavilion / landscape / public realm / mixed</w:t>
            </w:r>
          </w:p>
        </w:tc>
      </w:tr>
      <w:tr w:rsidR="0043760B" w14:paraId="0C48A8BD" w14:textId="77777777" w:rsidTr="00932ACC">
        <w:trPr>
          <w:jc w:val="center"/>
        </w:trPr>
        <w:tc>
          <w:tcPr>
            <w:tcW w:w="15380" w:type="dxa"/>
            <w:gridSpan w:val="5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C586EFA" w14:textId="77777777" w:rsidR="0043760B" w:rsidRDefault="00000000">
            <w:r>
              <w:rPr>
                <w:b/>
                <w:sz w:val="16"/>
              </w:rPr>
              <w:t>Preliminary concept statement (optional at registration; max. 150 words):</w:t>
            </w:r>
          </w:p>
          <w:p w14:paraId="42CC0FBF" w14:textId="77777777" w:rsidR="0043760B" w:rsidRDefault="0043760B"/>
          <w:p w14:paraId="698D0B15" w14:textId="77777777" w:rsidR="00932ACC" w:rsidRDefault="00932ACC"/>
          <w:p w14:paraId="086273B7" w14:textId="77777777" w:rsidR="00932ACC" w:rsidRDefault="00932ACC"/>
          <w:p w14:paraId="07A62791" w14:textId="602D233C" w:rsidR="00932ACC" w:rsidRDefault="00932ACC"/>
        </w:tc>
      </w:tr>
    </w:tbl>
    <w:p w14:paraId="3435A0C1" w14:textId="7CBC53A8" w:rsidR="0043760B" w:rsidRDefault="00000000" w:rsidP="00932ACC">
      <w:r>
        <w:br w:type="page"/>
      </w:r>
      <w:r>
        <w:rPr>
          <w:b/>
          <w:sz w:val="36"/>
        </w:rPr>
        <w:lastRenderedPageBreak/>
        <w:t>Submission Awareness and Compliance</w:t>
      </w:r>
    </w:p>
    <w:p w14:paraId="0864DB8A" w14:textId="77777777" w:rsidR="0043760B" w:rsidRDefault="00000000">
      <w:pPr>
        <w:spacing w:after="120"/>
      </w:pPr>
      <w:r>
        <w:rPr>
          <w:color w:val="666666"/>
        </w:rPr>
        <w:t>The final design package will be submitted later according to official website instructions.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74"/>
      </w:tblGrid>
      <w:tr w:rsidR="0043760B" w14:paraId="5FA2BEA6" w14:textId="77777777">
        <w:trPr>
          <w:jc w:val="center"/>
        </w:trPr>
        <w:tc>
          <w:tcPr>
            <w:tcW w:w="15394" w:type="dxa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7054B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J. FINAL SUBMISSION REQUIREMENTS ACKNOWLEDGMENT</w:t>
            </w:r>
          </w:p>
        </w:tc>
      </w:tr>
      <w:tr w:rsidR="0043760B" w14:paraId="1264469D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8CD2F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Four A2 landscape-oriented presentation boards with drawings, diagrams, visualizations, and explanatory text.</w:t>
            </w:r>
          </w:p>
        </w:tc>
      </w:tr>
      <w:tr w:rsidR="0043760B" w14:paraId="0C03731C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5B3E7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One project preview image suitable for website/publicity use.</w:t>
            </w:r>
          </w:p>
        </w:tc>
      </w:tr>
      <w:tr w:rsidR="0043760B" w14:paraId="3A20FB32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3AE41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Project statement of up to 400 words explaining the concept, official site response, and design approach.</w:t>
            </w:r>
          </w:p>
        </w:tc>
      </w:tr>
      <w:tr w:rsidR="0043760B" w14:paraId="39BD7723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18DE6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All written content should be in English unless updated official instructions state otherwise.</w:t>
            </w:r>
          </w:p>
        </w:tc>
      </w:tr>
      <w:tr w:rsidR="0043760B" w14:paraId="207D7947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0579A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Presentation boards must be anonymous and must not include participant names, emails, logos, university marks, or other identifying information.</w:t>
            </w:r>
          </w:p>
        </w:tc>
      </w:tr>
      <w:tr w:rsidR="0043760B" w14:paraId="5668B852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25377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No video files are required unless announced separately by the organizer.</w:t>
            </w:r>
          </w:p>
        </w:tc>
      </w:tr>
      <w:tr w:rsidR="0043760B" w14:paraId="226BB46A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74158F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Final file format, file-size limit, naming convention, and upload link will be confirmed on the official website.</w:t>
            </w:r>
          </w:p>
        </w:tc>
      </w:tr>
      <w:tr w:rsidR="0043760B" w14:paraId="0DDE53E8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51975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This registration form must not be uploaded as part of the anonymous final boards.</w:t>
            </w:r>
          </w:p>
        </w:tc>
      </w:tr>
    </w:tbl>
    <w:p w14:paraId="254599D0" w14:textId="77777777" w:rsidR="0043760B" w:rsidRDefault="0043760B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87"/>
        <w:gridCol w:w="7687"/>
      </w:tblGrid>
      <w:tr w:rsidR="0043760B" w14:paraId="4E4A2069" w14:textId="77777777">
        <w:trPr>
          <w:jc w:val="center"/>
        </w:trPr>
        <w:tc>
          <w:tcPr>
            <w:tcW w:w="15394" w:type="dxa"/>
            <w:gridSpan w:val="2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A92AE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K. RECOMMENDED SUBMISSION CONTENT</w:t>
            </w:r>
          </w:p>
        </w:tc>
      </w:tr>
      <w:tr w:rsidR="0043760B" w14:paraId="6D2B90AB" w14:textId="77777777" w:rsidTr="00932ACC">
        <w:trPr>
          <w:trHeight w:val="288"/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A3816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Design innovation and contextual heritage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65299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Economic impact and civic engagement</w:t>
            </w:r>
          </w:p>
        </w:tc>
      </w:tr>
      <w:tr w:rsidR="0043760B" w14:paraId="4CAC50AE" w14:textId="77777777" w:rsidTr="00932ACC">
        <w:trPr>
          <w:trHeight w:val="288"/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9EF33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Environmental responsiveness and sustainability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A53C5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Presentation and communication</w:t>
            </w:r>
          </w:p>
        </w:tc>
      </w:tr>
    </w:tbl>
    <w:p w14:paraId="09A0122F" w14:textId="77777777" w:rsidR="0043760B" w:rsidRDefault="00000000">
      <w:r>
        <w:br w:type="page"/>
      </w:r>
    </w:p>
    <w:p w14:paraId="5CE648EC" w14:textId="77777777" w:rsidR="0043760B" w:rsidRDefault="00000000">
      <w:pPr>
        <w:spacing w:before="100" w:after="40"/>
      </w:pPr>
      <w:r>
        <w:rPr>
          <w:b/>
          <w:sz w:val="36"/>
        </w:rPr>
        <w:lastRenderedPageBreak/>
        <w:t>Schedule and Key Rules</w:t>
      </w:r>
    </w:p>
    <w:p w14:paraId="09887A40" w14:textId="77777777" w:rsidR="0043760B" w:rsidRDefault="00000000">
      <w:pPr>
        <w:spacing w:after="120"/>
      </w:pPr>
      <w:r>
        <w:rPr>
          <w:color w:val="666666"/>
        </w:rPr>
        <w:t>The exact submission deadline and time zone must be checked on the official competition website.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87"/>
        <w:gridCol w:w="7687"/>
      </w:tblGrid>
      <w:tr w:rsidR="0043760B" w14:paraId="080F5F5F" w14:textId="77777777">
        <w:trPr>
          <w:jc w:val="center"/>
        </w:trPr>
        <w:tc>
          <w:tcPr>
            <w:tcW w:w="15394" w:type="dxa"/>
            <w:gridSpan w:val="2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C6AE09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L. COMPETITION SCHEDULE</w:t>
            </w:r>
          </w:p>
        </w:tc>
      </w:tr>
      <w:tr w:rsidR="0043760B" w14:paraId="4DEB6EC9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A79A8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Milestone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9FA13" w14:textId="77777777" w:rsidR="0043760B" w:rsidRDefault="00000000">
            <w:pPr>
              <w:jc w:val="center"/>
            </w:pPr>
            <w:r>
              <w:rPr>
                <w:b/>
                <w:color w:val="FFFFFF"/>
                <w:sz w:val="17"/>
              </w:rPr>
              <w:t>Date / Period</w:t>
            </w:r>
          </w:p>
        </w:tc>
      </w:tr>
      <w:tr w:rsidR="0043760B" w14:paraId="692FF032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60497" w14:textId="77777777" w:rsidR="0043760B" w:rsidRDefault="00000000">
            <w:r>
              <w:rPr>
                <w:b/>
                <w:sz w:val="17"/>
              </w:rPr>
              <w:t>Launch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AF117" w14:textId="77777777" w:rsidR="0043760B" w:rsidRDefault="00000000">
            <w:r>
              <w:rPr>
                <w:sz w:val="17"/>
              </w:rPr>
              <w:t>July 2026</w:t>
            </w:r>
          </w:p>
        </w:tc>
      </w:tr>
      <w:tr w:rsidR="0043760B" w14:paraId="73128BC1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E9D48" w14:textId="77777777" w:rsidR="0043760B" w:rsidRDefault="00000000">
            <w:r>
              <w:rPr>
                <w:b/>
                <w:sz w:val="17"/>
              </w:rPr>
              <w:t>Free registration period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4BB4F" w14:textId="588C078E" w:rsidR="0043760B" w:rsidRDefault="00000000">
            <w:r>
              <w:rPr>
                <w:sz w:val="17"/>
              </w:rPr>
              <w:t xml:space="preserve">July to </w:t>
            </w:r>
            <w:r w:rsidR="00932ACC">
              <w:rPr>
                <w:sz w:val="17"/>
              </w:rPr>
              <w:t>August</w:t>
            </w:r>
            <w:r>
              <w:rPr>
                <w:sz w:val="17"/>
              </w:rPr>
              <w:t xml:space="preserve"> 2026</w:t>
            </w:r>
          </w:p>
        </w:tc>
      </w:tr>
      <w:tr w:rsidR="0043760B" w14:paraId="323F3382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864F3" w14:textId="77777777" w:rsidR="0043760B" w:rsidRDefault="00000000">
            <w:r>
              <w:rPr>
                <w:b/>
                <w:sz w:val="17"/>
              </w:rPr>
              <w:t>Submission deadline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57F3D" w14:textId="77777777" w:rsidR="0043760B" w:rsidRDefault="00000000">
            <w:r>
              <w:rPr>
                <w:sz w:val="17"/>
              </w:rPr>
              <w:t>Early October 2026 - exact date/time to be announced</w:t>
            </w:r>
          </w:p>
        </w:tc>
      </w:tr>
      <w:tr w:rsidR="0043760B" w14:paraId="615F1677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7CEE1" w14:textId="77777777" w:rsidR="0043760B" w:rsidRDefault="00000000">
            <w:r>
              <w:rPr>
                <w:b/>
                <w:sz w:val="17"/>
              </w:rPr>
              <w:t>Jury evaluation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8609B" w14:textId="0A09AB08" w:rsidR="0043760B" w:rsidRDefault="00000000">
            <w:r>
              <w:rPr>
                <w:sz w:val="17"/>
              </w:rPr>
              <w:t>October 2026</w:t>
            </w:r>
            <w:r w:rsidR="00932ACC">
              <w:rPr>
                <w:sz w:val="17"/>
              </w:rPr>
              <w:t xml:space="preserve"> - exact date/time to be announced</w:t>
            </w:r>
          </w:p>
        </w:tc>
      </w:tr>
      <w:tr w:rsidR="0043760B" w14:paraId="559F2D35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DAC40" w14:textId="77777777" w:rsidR="0043760B" w:rsidRDefault="00000000">
            <w:r>
              <w:rPr>
                <w:b/>
                <w:sz w:val="17"/>
              </w:rPr>
              <w:t>Awards exhibition ceremony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5BEA3" w14:textId="19A96C33" w:rsidR="0043760B" w:rsidRDefault="00000000">
            <w:r>
              <w:rPr>
                <w:sz w:val="17"/>
              </w:rPr>
              <w:t>November 2026</w:t>
            </w:r>
            <w:r w:rsidR="00932ACC">
              <w:rPr>
                <w:sz w:val="17"/>
              </w:rPr>
              <w:t xml:space="preserve"> - exact date/time to be announced</w:t>
            </w:r>
          </w:p>
        </w:tc>
      </w:tr>
    </w:tbl>
    <w:p w14:paraId="56963AB8" w14:textId="77777777" w:rsidR="0043760B" w:rsidRDefault="0043760B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68"/>
      </w:tblGrid>
      <w:tr w:rsidR="0043760B" w14:paraId="171D4D4F" w14:textId="77777777">
        <w:trPr>
          <w:jc w:val="center"/>
        </w:trPr>
        <w:tc>
          <w:tcPr>
            <w:tcW w:w="15394" w:type="dxa"/>
            <w:tcBorders>
              <w:top w:val="single" w:sz="10" w:space="0" w:color="D0A34D"/>
              <w:left w:val="single" w:sz="10" w:space="0" w:color="D0A34D"/>
              <w:bottom w:val="single" w:sz="10" w:space="0" w:color="D0A34D"/>
              <w:right w:val="single" w:sz="10" w:space="0" w:color="D0A34D"/>
            </w:tcBorders>
            <w:shd w:val="clear" w:color="auto" w:fill="FDF3E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C579755" w14:textId="77777777" w:rsidR="0043760B" w:rsidRDefault="00000000">
            <w:pPr>
              <w:spacing w:after="20"/>
            </w:pPr>
            <w:r>
              <w:rPr>
                <w:b/>
                <w:sz w:val="19"/>
              </w:rPr>
              <w:t>Free registration</w:t>
            </w:r>
          </w:p>
          <w:p w14:paraId="275586B3" w14:textId="77777777" w:rsidR="0043760B" w:rsidRDefault="00000000">
            <w:pPr>
              <w:spacing w:after="0"/>
            </w:pPr>
            <w:r>
              <w:rPr>
                <w:sz w:val="17"/>
              </w:rPr>
              <w:t>There are no registration fees. Participants must still complete registration to receive official updates, participant code, and submission/upload instructions. Public updates on the official competition page supersede earlier draft dates.</w:t>
            </w:r>
          </w:p>
        </w:tc>
      </w:tr>
    </w:tbl>
    <w:p w14:paraId="5A2B7FBA" w14:textId="77777777" w:rsidR="0043760B" w:rsidRDefault="0043760B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74"/>
      </w:tblGrid>
      <w:tr w:rsidR="0043760B" w14:paraId="30C2BD3D" w14:textId="77777777">
        <w:trPr>
          <w:jc w:val="center"/>
        </w:trPr>
        <w:tc>
          <w:tcPr>
            <w:tcW w:w="15394" w:type="dxa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FECF8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M. JURY, PUBLICITY, AND CONDUCT AWARENESS</w:t>
            </w:r>
          </w:p>
        </w:tc>
      </w:tr>
      <w:tr w:rsidR="0043760B" w14:paraId="42DACE76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28A27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Participants must not contact jury members directly.</w:t>
            </w:r>
          </w:p>
        </w:tc>
      </w:tr>
      <w:tr w:rsidR="0043760B" w14:paraId="394DE089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F6BF8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Winning and selected projects may be presented through UAEU channels, media, exhibitions, websites, social media, and academic events.</w:t>
            </w:r>
          </w:p>
        </w:tc>
      </w:tr>
      <w:tr w:rsidR="0043760B" w14:paraId="0709F107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BC0A2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Participants retain authorship while granting permission for competition, exhibition, educational, and promotional publication.</w:t>
            </w:r>
          </w:p>
        </w:tc>
      </w:tr>
      <w:tr w:rsidR="0043760B" w14:paraId="2880B0E2" w14:textId="77777777" w:rsidTr="00932ACC">
        <w:trPr>
          <w:trHeight w:val="288"/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05BDB" w14:textId="77777777" w:rsidR="0043760B" w:rsidRDefault="00000000" w:rsidP="00932ACC">
            <w:pPr>
              <w:spacing w:after="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The organizer may request editable files, high-resolution images, or author details from shortlisted and winning participants after judging.</w:t>
            </w:r>
          </w:p>
        </w:tc>
      </w:tr>
    </w:tbl>
    <w:p w14:paraId="6C0E9D26" w14:textId="77777777" w:rsidR="0043760B" w:rsidRDefault="00000000">
      <w:r>
        <w:br w:type="page"/>
      </w:r>
    </w:p>
    <w:p w14:paraId="07AFACD9" w14:textId="77777777" w:rsidR="0043760B" w:rsidRDefault="00000000">
      <w:pPr>
        <w:spacing w:before="100" w:after="40"/>
      </w:pPr>
      <w:r>
        <w:rPr>
          <w:b/>
          <w:sz w:val="36"/>
        </w:rPr>
        <w:lastRenderedPageBreak/>
        <w:t>Declarations and Attachments</w:t>
      </w:r>
    </w:p>
    <w:p w14:paraId="7986C5FD" w14:textId="77777777" w:rsidR="0043760B" w:rsidRDefault="00000000">
      <w:pPr>
        <w:spacing w:after="120"/>
      </w:pPr>
      <w:r>
        <w:rPr>
          <w:color w:val="666666"/>
        </w:rPr>
        <w:t>The lead applicant must sign this declaration. For team submissions, all members should sign where possible.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74"/>
      </w:tblGrid>
      <w:tr w:rsidR="0043760B" w14:paraId="6E91103F" w14:textId="77777777">
        <w:trPr>
          <w:jc w:val="center"/>
        </w:trPr>
        <w:tc>
          <w:tcPr>
            <w:tcW w:w="15394" w:type="dxa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66DDA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N. PARTICIPANT DECLARATIONS</w:t>
            </w:r>
          </w:p>
        </w:tc>
      </w:tr>
      <w:tr w:rsidR="0043760B" w14:paraId="1C0CAB36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928BD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confirm that the information provided in this registration form is true and complete.</w:t>
            </w:r>
          </w:p>
        </w:tc>
      </w:tr>
      <w:tr w:rsidR="0043760B" w14:paraId="7E757AEE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0F436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confirm that the proposed work will be original and will not infringe third-party rights.</w:t>
            </w:r>
          </w:p>
        </w:tc>
      </w:tr>
      <w:tr w:rsidR="0043760B" w14:paraId="3D6AD971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9E8F4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understand that all final submission boards must remain anonymous and free from identifying information.</w:t>
            </w:r>
          </w:p>
        </w:tc>
      </w:tr>
      <w:tr w:rsidR="0043760B" w14:paraId="642E7576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4A72E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understand that participants must not contact jury members directly, as this may compromise fairness and may lead to disqualification.</w:t>
            </w:r>
          </w:p>
        </w:tc>
      </w:tr>
      <w:tr w:rsidR="0043760B" w14:paraId="41214A32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D2354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understand that the organizer may reject incomplete, late, non-anonymous, non-compliant, or inappropriate submissions.</w:t>
            </w:r>
          </w:p>
        </w:tc>
      </w:tr>
      <w:tr w:rsidR="0043760B" w14:paraId="64B5F97B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84398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grant the organizer permission to publish submitted material for competition, exhibition, educational, and promotional purposes, while retaining authorship of the work.</w:t>
            </w:r>
          </w:p>
        </w:tc>
      </w:tr>
      <w:tr w:rsidR="0043760B" w14:paraId="4E423F93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0C6AA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confirm that images, maps, diagrams, AI-generated elements, models, and third-party materials used in the submission will be legally usable for publication.</w:t>
            </w:r>
          </w:p>
        </w:tc>
      </w:tr>
      <w:tr w:rsidR="0043760B" w14:paraId="7F01D7F4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DBFBE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understand that any future implementation, research development, exhibition, or construction opportunity will be subject to separate agreements, approvals, and permissions.</w:t>
            </w:r>
          </w:p>
        </w:tc>
      </w:tr>
      <w:tr w:rsidR="0043760B" w14:paraId="5179B4B8" w14:textId="77777777">
        <w:trPr>
          <w:jc w:val="center"/>
        </w:trPr>
        <w:tc>
          <w:tcPr>
            <w:tcW w:w="15394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6961E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5"/>
              </w:rPr>
              <w:t>[  ]</w:t>
            </w:r>
            <w:proofErr w:type="gramEnd"/>
            <w:r>
              <w:rPr>
                <w:sz w:val="15"/>
              </w:rPr>
              <w:t xml:space="preserve"> I/we consent to the use of the personal information in this form for registration, eligibility verification, communication, competition administration, and prize processing if applicable.</w:t>
            </w:r>
          </w:p>
        </w:tc>
      </w:tr>
    </w:tbl>
    <w:p w14:paraId="4516DD0C" w14:textId="77777777" w:rsidR="0043760B" w:rsidRDefault="0043760B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687"/>
        <w:gridCol w:w="7687"/>
      </w:tblGrid>
      <w:tr w:rsidR="0043760B" w14:paraId="1DC2D93D" w14:textId="77777777">
        <w:trPr>
          <w:jc w:val="center"/>
        </w:trPr>
        <w:tc>
          <w:tcPr>
            <w:tcW w:w="15394" w:type="dxa"/>
            <w:gridSpan w:val="2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AE5E9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O. REQUIRED ATTACHMENTS CHECKLIST</w:t>
            </w:r>
          </w:p>
        </w:tc>
      </w:tr>
      <w:tr w:rsidR="0043760B" w14:paraId="0496CA95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4B879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Completed and signed registration form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5E674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Proof of enrollment or graduation from a UAE-based higher education institution, if applicable/requested</w:t>
            </w:r>
          </w:p>
        </w:tc>
      </w:tr>
      <w:tr w:rsidR="0043760B" w14:paraId="132EC721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672D3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Proof of professional affiliation or graduate status, if applicable/requested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FC113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Team authorization/consent if the lead applicant submits on behalf of a team</w:t>
            </w:r>
          </w:p>
        </w:tc>
      </w:tr>
      <w:tr w:rsidR="0043760B" w14:paraId="6EB5B2FE" w14:textId="77777777">
        <w:trPr>
          <w:jc w:val="center"/>
        </w:trPr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9EC92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Any additional documents requested by the official platform or organizer</w:t>
            </w:r>
          </w:p>
        </w:tc>
        <w:tc>
          <w:tcPr>
            <w:tcW w:w="7697" w:type="dxa"/>
            <w:tcBorders>
              <w:top w:val="single" w:sz="5" w:space="0" w:color="BFA680"/>
              <w:left w:val="single" w:sz="5" w:space="0" w:color="BFA680"/>
              <w:bottom w:val="single" w:sz="5" w:space="0" w:color="BFA680"/>
              <w:right w:val="single" w:sz="5" w:space="0" w:color="BFA68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55DA1" w14:textId="77777777" w:rsidR="0043760B" w:rsidRDefault="00000000" w:rsidP="00932ACC">
            <w:pPr>
              <w:spacing w:before="60" w:after="60"/>
            </w:pPr>
            <w:proofErr w:type="gramStart"/>
            <w:r>
              <w:rPr>
                <w:sz w:val="16"/>
              </w:rPr>
              <w:t>[  ]</w:t>
            </w:r>
            <w:proofErr w:type="gramEnd"/>
            <w:r>
              <w:rPr>
                <w:sz w:val="16"/>
              </w:rPr>
              <w:t xml:space="preserve"> No registration fee payment is required</w:t>
            </w:r>
          </w:p>
        </w:tc>
      </w:tr>
    </w:tbl>
    <w:p w14:paraId="4BA09B61" w14:textId="77777777" w:rsidR="0043760B" w:rsidRDefault="00000000">
      <w:r>
        <w:br w:type="page"/>
      </w:r>
    </w:p>
    <w:p w14:paraId="6B75C1A9" w14:textId="77777777" w:rsidR="0043760B" w:rsidRDefault="00000000">
      <w:pPr>
        <w:spacing w:before="100" w:after="40"/>
      </w:pPr>
      <w:r>
        <w:rPr>
          <w:b/>
          <w:sz w:val="36"/>
        </w:rPr>
        <w:lastRenderedPageBreak/>
        <w:t>Signatures and Submission</w:t>
      </w:r>
    </w:p>
    <w:p w14:paraId="1F93600A" w14:textId="77777777" w:rsidR="0043760B" w:rsidRDefault="00000000">
      <w:pPr>
        <w:spacing w:after="120"/>
      </w:pPr>
      <w:r>
        <w:rPr>
          <w:color w:val="666666"/>
        </w:rPr>
        <w:t>Signatures may be completed electronically or by hand after printing.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3"/>
        <w:gridCol w:w="3843"/>
        <w:gridCol w:w="3843"/>
        <w:gridCol w:w="3845"/>
      </w:tblGrid>
      <w:tr w:rsidR="0043760B" w14:paraId="471C3FE8" w14:textId="77777777">
        <w:trPr>
          <w:jc w:val="center"/>
        </w:trPr>
        <w:tc>
          <w:tcPr>
            <w:tcW w:w="15394" w:type="dxa"/>
            <w:gridSpan w:val="4"/>
            <w:tcBorders>
              <w:top w:val="single" w:sz="8" w:space="0" w:color="B98223"/>
              <w:left w:val="single" w:sz="8" w:space="0" w:color="B98223"/>
              <w:bottom w:val="single" w:sz="8" w:space="0" w:color="B98223"/>
              <w:right w:val="single" w:sz="8" w:space="0" w:color="B98223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82BFB" w14:textId="77777777" w:rsidR="0043760B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P. SIGNATURES</w:t>
            </w:r>
          </w:p>
        </w:tc>
      </w:tr>
      <w:tr w:rsidR="0043760B" w14:paraId="752A87FF" w14:textId="77777777">
        <w:trPr>
          <w:jc w:val="center"/>
        </w:trPr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C8DB6" w14:textId="77777777" w:rsidR="0043760B" w:rsidRDefault="00000000" w:rsidP="00932ACC">
            <w:pPr>
              <w:spacing w:before="60" w:after="60"/>
              <w:jc w:val="center"/>
            </w:pPr>
            <w:r>
              <w:rPr>
                <w:b/>
                <w:color w:val="FFFFFF"/>
                <w:sz w:val="17"/>
              </w:rPr>
              <w:t>Participant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53E35" w14:textId="77777777" w:rsidR="0043760B" w:rsidRDefault="00000000" w:rsidP="00932ACC">
            <w:pPr>
              <w:spacing w:before="60" w:after="60"/>
              <w:jc w:val="center"/>
            </w:pPr>
            <w:r>
              <w:rPr>
                <w:b/>
                <w:color w:val="FFFFFF"/>
                <w:sz w:val="17"/>
              </w:rPr>
              <w:t>Full Name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04ED9" w14:textId="77777777" w:rsidR="0043760B" w:rsidRDefault="00000000" w:rsidP="00932ACC">
            <w:pPr>
              <w:spacing w:before="60" w:after="60"/>
              <w:jc w:val="center"/>
            </w:pPr>
            <w:r>
              <w:rPr>
                <w:b/>
                <w:color w:val="FFFFFF"/>
                <w:sz w:val="17"/>
              </w:rPr>
              <w:t>Signature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B9822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D9B45" w14:textId="77777777" w:rsidR="0043760B" w:rsidRDefault="00000000" w:rsidP="00932ACC">
            <w:pPr>
              <w:spacing w:before="60" w:after="6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</w:tr>
      <w:tr w:rsidR="0043760B" w14:paraId="635602FA" w14:textId="77777777">
        <w:trPr>
          <w:jc w:val="center"/>
        </w:trPr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02AFC" w14:textId="77777777" w:rsidR="0043760B" w:rsidRDefault="00000000" w:rsidP="00932ACC">
            <w:pPr>
              <w:spacing w:before="60" w:after="60"/>
            </w:pPr>
            <w:r>
              <w:rPr>
                <w:b/>
                <w:sz w:val="16"/>
              </w:rPr>
              <w:t>Lead Applicant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DEE5F" w14:textId="0F985373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E90DA" w14:textId="12F27711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7A29C" w14:textId="795865BE" w:rsidR="0043760B" w:rsidRDefault="0043760B" w:rsidP="00932ACC">
            <w:pPr>
              <w:spacing w:before="60" w:after="60"/>
            </w:pPr>
          </w:p>
        </w:tc>
      </w:tr>
      <w:tr w:rsidR="0043760B" w14:paraId="7FF747EF" w14:textId="77777777">
        <w:trPr>
          <w:jc w:val="center"/>
        </w:trPr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D1585" w14:textId="77777777" w:rsidR="0043760B" w:rsidRDefault="00000000" w:rsidP="00932ACC">
            <w:pPr>
              <w:spacing w:before="60" w:after="60"/>
            </w:pPr>
            <w:r>
              <w:rPr>
                <w:b/>
                <w:sz w:val="16"/>
              </w:rPr>
              <w:t>Member 2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F9450" w14:textId="61C60B63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9AACA" w14:textId="7ACE7BC6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9C63F" w14:textId="4F442E32" w:rsidR="0043760B" w:rsidRDefault="0043760B" w:rsidP="00932ACC">
            <w:pPr>
              <w:spacing w:before="60" w:after="60"/>
            </w:pPr>
          </w:p>
        </w:tc>
      </w:tr>
      <w:tr w:rsidR="0043760B" w14:paraId="17B36F6A" w14:textId="77777777">
        <w:trPr>
          <w:jc w:val="center"/>
        </w:trPr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F8EFD" w14:textId="77777777" w:rsidR="0043760B" w:rsidRDefault="00000000" w:rsidP="00932ACC">
            <w:pPr>
              <w:spacing w:before="60" w:after="60"/>
            </w:pPr>
            <w:r>
              <w:rPr>
                <w:b/>
                <w:sz w:val="16"/>
              </w:rPr>
              <w:t>Member 3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D60CB" w14:textId="05AFC00B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72045" w14:textId="5E6F4866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DA659" w14:textId="05AD1DE4" w:rsidR="0043760B" w:rsidRDefault="0043760B" w:rsidP="00932ACC">
            <w:pPr>
              <w:spacing w:before="60" w:after="60"/>
            </w:pPr>
          </w:p>
        </w:tc>
      </w:tr>
      <w:tr w:rsidR="0043760B" w14:paraId="5666972B" w14:textId="77777777">
        <w:trPr>
          <w:jc w:val="center"/>
        </w:trPr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5E922" w14:textId="77777777" w:rsidR="0043760B" w:rsidRDefault="00000000" w:rsidP="00932ACC">
            <w:pPr>
              <w:spacing w:before="60" w:after="60"/>
            </w:pPr>
            <w:r>
              <w:rPr>
                <w:b/>
                <w:sz w:val="16"/>
              </w:rPr>
              <w:t>Member 4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8D9CF6" w14:textId="426708C3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B5A85" w14:textId="6E39596D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C48EE" w14:textId="5D60729E" w:rsidR="0043760B" w:rsidRDefault="0043760B" w:rsidP="00932ACC">
            <w:pPr>
              <w:spacing w:before="60" w:after="60"/>
            </w:pPr>
          </w:p>
        </w:tc>
      </w:tr>
      <w:tr w:rsidR="0043760B" w14:paraId="29A250AD" w14:textId="77777777">
        <w:trPr>
          <w:jc w:val="center"/>
        </w:trPr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C23C1D" w14:textId="77777777" w:rsidR="0043760B" w:rsidRDefault="00000000" w:rsidP="00932ACC">
            <w:pPr>
              <w:spacing w:before="60" w:after="60"/>
            </w:pPr>
            <w:r>
              <w:rPr>
                <w:b/>
                <w:sz w:val="16"/>
              </w:rPr>
              <w:t>Member 5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9092B" w14:textId="05C80579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167ED" w14:textId="2928ABC7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CB682" w14:textId="5819F97A" w:rsidR="0043760B" w:rsidRDefault="0043760B" w:rsidP="00932ACC">
            <w:pPr>
              <w:spacing w:before="60" w:after="60"/>
            </w:pPr>
          </w:p>
        </w:tc>
      </w:tr>
      <w:tr w:rsidR="0043760B" w14:paraId="6C77E18E" w14:textId="77777777">
        <w:trPr>
          <w:jc w:val="center"/>
        </w:trPr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shd w:val="clear" w:color="auto" w:fill="F3E6D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FDC035" w14:textId="77777777" w:rsidR="0043760B" w:rsidRDefault="00000000" w:rsidP="00932ACC">
            <w:pPr>
              <w:spacing w:before="60" w:after="60"/>
            </w:pPr>
            <w:r>
              <w:rPr>
                <w:b/>
                <w:sz w:val="16"/>
              </w:rPr>
              <w:t>Member 6</w:t>
            </w: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39668" w14:textId="6586A442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DF5DD" w14:textId="1852AA77" w:rsidR="0043760B" w:rsidRDefault="0043760B" w:rsidP="00932ACC">
            <w:pPr>
              <w:spacing w:before="60" w:after="60"/>
            </w:pPr>
          </w:p>
        </w:tc>
        <w:tc>
          <w:tcPr>
            <w:tcW w:w="3848" w:type="dxa"/>
            <w:tcBorders>
              <w:top w:val="single" w:sz="6" w:space="0" w:color="BFA680"/>
              <w:left w:val="single" w:sz="6" w:space="0" w:color="BFA680"/>
              <w:bottom w:val="single" w:sz="6" w:space="0" w:color="BFA680"/>
              <w:right w:val="single" w:sz="6" w:space="0" w:color="BFA68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DF049" w14:textId="7784B49A" w:rsidR="0043760B" w:rsidRDefault="0043760B" w:rsidP="00932ACC">
            <w:pPr>
              <w:spacing w:before="60" w:after="60"/>
            </w:pPr>
          </w:p>
        </w:tc>
      </w:tr>
    </w:tbl>
    <w:p w14:paraId="4E14F7E6" w14:textId="77777777" w:rsidR="0043760B" w:rsidRDefault="0043760B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368"/>
      </w:tblGrid>
      <w:tr w:rsidR="0043760B" w14:paraId="69D2AA8F" w14:textId="77777777">
        <w:trPr>
          <w:jc w:val="center"/>
        </w:trPr>
        <w:tc>
          <w:tcPr>
            <w:tcW w:w="15394" w:type="dxa"/>
            <w:tcBorders>
              <w:top w:val="single" w:sz="10" w:space="0" w:color="D0A34D"/>
              <w:left w:val="single" w:sz="10" w:space="0" w:color="D0A34D"/>
              <w:bottom w:val="single" w:sz="10" w:space="0" w:color="D0A34D"/>
              <w:right w:val="single" w:sz="10" w:space="0" w:color="D0A34D"/>
            </w:tcBorders>
            <w:shd w:val="clear" w:color="auto" w:fill="F7EFE3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5772160" w14:textId="77777777" w:rsidR="0043760B" w:rsidRDefault="00000000">
            <w:pPr>
              <w:spacing w:after="20"/>
            </w:pPr>
            <w:r>
              <w:rPr>
                <w:b/>
                <w:sz w:val="19"/>
              </w:rPr>
              <w:t>Contact and submission channel</w:t>
            </w:r>
          </w:p>
          <w:p w14:paraId="16482C28" w14:textId="77777777" w:rsidR="0043760B" w:rsidRDefault="00000000">
            <w:pPr>
              <w:spacing w:after="0"/>
            </w:pPr>
            <w:r>
              <w:rPr>
                <w:sz w:val="17"/>
              </w:rPr>
              <w:t>Submit this completed form and attachments through the official competition channel. Email: desertbydesign@uaeu.ac.ae. All Q&amp;A should be submitted through the official contact channel; public clarifications will be shared with all participants to ensure equal access to information.</w:t>
            </w:r>
          </w:p>
        </w:tc>
      </w:tr>
    </w:tbl>
    <w:p w14:paraId="51E61A59" w14:textId="77777777" w:rsidR="0043760B" w:rsidRDefault="0043760B">
      <w:pPr>
        <w:spacing w:after="20"/>
      </w:pPr>
    </w:p>
    <w:p w14:paraId="773FCC3D" w14:textId="77777777" w:rsidR="00932ACC" w:rsidRPr="00932ACC" w:rsidRDefault="00932ACC" w:rsidP="00932ACC"/>
    <w:p w14:paraId="26F80693" w14:textId="77777777" w:rsidR="00932ACC" w:rsidRPr="00932ACC" w:rsidRDefault="00932ACC" w:rsidP="00932ACC"/>
    <w:p w14:paraId="52473B39" w14:textId="77777777" w:rsidR="00932ACC" w:rsidRPr="00932ACC" w:rsidRDefault="00932ACC" w:rsidP="00932ACC"/>
    <w:p w14:paraId="541BD4F4" w14:textId="77777777" w:rsidR="00932ACC" w:rsidRPr="00932ACC" w:rsidRDefault="00932ACC" w:rsidP="00932ACC"/>
    <w:p w14:paraId="14264B1B" w14:textId="77777777" w:rsidR="00932ACC" w:rsidRPr="00932ACC" w:rsidRDefault="00932ACC" w:rsidP="00932ACC"/>
    <w:p w14:paraId="7CA8BDA4" w14:textId="77777777" w:rsidR="00932ACC" w:rsidRPr="00932ACC" w:rsidRDefault="00932ACC" w:rsidP="00932ACC"/>
    <w:p w14:paraId="389DAA76" w14:textId="72F20D6E" w:rsidR="00932ACC" w:rsidRPr="00932ACC" w:rsidRDefault="00932ACC" w:rsidP="00932ACC">
      <w:pPr>
        <w:tabs>
          <w:tab w:val="left" w:pos="13635"/>
        </w:tabs>
      </w:pPr>
    </w:p>
    <w:sectPr w:rsidR="00932ACC" w:rsidRPr="00932ACC" w:rsidSect="00034616">
      <w:headerReference w:type="default" r:id="rId10"/>
      <w:footerReference w:type="default" r:id="rId11"/>
      <w:pgSz w:w="16834" w:h="11909" w:orient="landscape"/>
      <w:pgMar w:top="648" w:right="720" w:bottom="6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29F37" w14:textId="77777777" w:rsidR="0084359B" w:rsidRDefault="0084359B">
      <w:pPr>
        <w:spacing w:after="0" w:line="240" w:lineRule="auto"/>
      </w:pPr>
      <w:r>
        <w:separator/>
      </w:r>
    </w:p>
  </w:endnote>
  <w:endnote w:type="continuationSeparator" w:id="0">
    <w:p w14:paraId="0E8A6C85" w14:textId="77777777" w:rsidR="0084359B" w:rsidRDefault="00843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880370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C9D1ADE" w14:textId="77777777" w:rsidR="00932ACC" w:rsidRPr="00932ACC" w:rsidRDefault="00932ACC" w:rsidP="00932ACC">
            <w:pPr>
              <w:pStyle w:val="Footer"/>
              <w:jc w:val="center"/>
              <w:rPr>
                <w:sz w:val="14"/>
                <w:szCs w:val="18"/>
              </w:rPr>
            </w:pPr>
            <w:r>
              <w:rPr>
                <w:color w:val="666666"/>
                <w:sz w:val="15"/>
              </w:rPr>
              <w:t xml:space="preserve">Registration Form | This form must be submitted separately from anonymous final boards | </w:t>
            </w:r>
            <w:hyperlink r:id="rId1" w:history="1">
              <w:r w:rsidRPr="00BA198D">
                <w:rPr>
                  <w:rStyle w:val="Hyperlink"/>
                  <w:sz w:val="15"/>
                </w:rPr>
                <w:t>desertbydesign@uaeu.ac.ae</w:t>
              </w:r>
            </w:hyperlink>
            <w:r>
              <w:rPr>
                <w:color w:val="666666"/>
                <w:sz w:val="15"/>
              </w:rPr>
              <w:t xml:space="preserve">                                </w:t>
            </w:r>
          </w:p>
          <w:p w14:paraId="076B340B" w14:textId="321CC23E" w:rsidR="00932ACC" w:rsidRDefault="00932ACC">
            <w:pPr>
              <w:pStyle w:val="Footer"/>
              <w:jc w:val="right"/>
            </w:pPr>
            <w:r w:rsidRPr="00932ACC">
              <w:rPr>
                <w:sz w:val="14"/>
                <w:szCs w:val="18"/>
              </w:rPr>
              <w:t xml:space="preserve">Page </w:t>
            </w:r>
            <w:r w:rsidRPr="00932ACC">
              <w:rPr>
                <w:b/>
                <w:bCs/>
                <w:sz w:val="20"/>
                <w:szCs w:val="20"/>
              </w:rPr>
              <w:fldChar w:fldCharType="begin"/>
            </w:r>
            <w:r w:rsidRPr="00932ACC">
              <w:rPr>
                <w:b/>
                <w:bCs/>
                <w:sz w:val="14"/>
                <w:szCs w:val="18"/>
              </w:rPr>
              <w:instrText xml:space="preserve"> PAGE </w:instrText>
            </w:r>
            <w:r w:rsidRPr="00932ACC">
              <w:rPr>
                <w:b/>
                <w:bCs/>
                <w:sz w:val="20"/>
                <w:szCs w:val="20"/>
              </w:rPr>
              <w:fldChar w:fldCharType="separate"/>
            </w:r>
            <w:r w:rsidRPr="00932ACC">
              <w:rPr>
                <w:b/>
                <w:bCs/>
                <w:noProof/>
                <w:sz w:val="14"/>
                <w:szCs w:val="18"/>
              </w:rPr>
              <w:t>2</w:t>
            </w:r>
            <w:r w:rsidRPr="00932ACC">
              <w:rPr>
                <w:b/>
                <w:bCs/>
                <w:sz w:val="20"/>
                <w:szCs w:val="20"/>
              </w:rPr>
              <w:fldChar w:fldCharType="end"/>
            </w:r>
            <w:r w:rsidRPr="00932ACC">
              <w:rPr>
                <w:sz w:val="14"/>
                <w:szCs w:val="18"/>
              </w:rPr>
              <w:t xml:space="preserve"> of </w:t>
            </w:r>
            <w:r w:rsidRPr="00932ACC">
              <w:rPr>
                <w:b/>
                <w:bCs/>
                <w:sz w:val="20"/>
                <w:szCs w:val="20"/>
              </w:rPr>
              <w:fldChar w:fldCharType="begin"/>
            </w:r>
            <w:r w:rsidRPr="00932ACC">
              <w:rPr>
                <w:b/>
                <w:bCs/>
                <w:sz w:val="14"/>
                <w:szCs w:val="18"/>
              </w:rPr>
              <w:instrText xml:space="preserve"> NUMPAGES  </w:instrText>
            </w:r>
            <w:r w:rsidRPr="00932ACC">
              <w:rPr>
                <w:b/>
                <w:bCs/>
                <w:sz w:val="20"/>
                <w:szCs w:val="20"/>
              </w:rPr>
              <w:fldChar w:fldCharType="separate"/>
            </w:r>
            <w:r w:rsidRPr="00932ACC">
              <w:rPr>
                <w:b/>
                <w:bCs/>
                <w:noProof/>
                <w:sz w:val="14"/>
                <w:szCs w:val="18"/>
              </w:rPr>
              <w:t>2</w:t>
            </w:r>
            <w:r w:rsidRPr="00932AC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3F3745" w14:textId="1335863B" w:rsidR="0043760B" w:rsidRDefault="0043760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588E4" w14:textId="77777777" w:rsidR="0084359B" w:rsidRDefault="0084359B">
      <w:pPr>
        <w:spacing w:after="0" w:line="240" w:lineRule="auto"/>
      </w:pPr>
      <w:r>
        <w:separator/>
      </w:r>
    </w:p>
  </w:footnote>
  <w:footnote w:type="continuationSeparator" w:id="0">
    <w:p w14:paraId="382EBA36" w14:textId="77777777" w:rsidR="0084359B" w:rsidRDefault="00843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63E15" w14:textId="77777777" w:rsidR="0043760B" w:rsidRDefault="00000000">
    <w:pPr>
      <w:pStyle w:val="Header"/>
      <w:jc w:val="right"/>
    </w:pPr>
    <w:r>
      <w:rPr>
        <w:color w:val="666666"/>
        <w:sz w:val="15"/>
      </w:rPr>
      <w:t>DESERT BY DESIGN | UAEU Desert Architecture &amp; Urbanism Competition | Al Ain Edition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4346775">
    <w:abstractNumId w:val="8"/>
  </w:num>
  <w:num w:numId="2" w16cid:durableId="1421411744">
    <w:abstractNumId w:val="6"/>
  </w:num>
  <w:num w:numId="3" w16cid:durableId="2105959372">
    <w:abstractNumId w:val="5"/>
  </w:num>
  <w:num w:numId="4" w16cid:durableId="582420389">
    <w:abstractNumId w:val="4"/>
  </w:num>
  <w:num w:numId="5" w16cid:durableId="1824928559">
    <w:abstractNumId w:val="7"/>
  </w:num>
  <w:num w:numId="6" w16cid:durableId="1344239111">
    <w:abstractNumId w:val="3"/>
  </w:num>
  <w:num w:numId="7" w16cid:durableId="1705786293">
    <w:abstractNumId w:val="2"/>
  </w:num>
  <w:num w:numId="8" w16cid:durableId="202055959">
    <w:abstractNumId w:val="1"/>
  </w:num>
  <w:num w:numId="9" w16cid:durableId="4171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2DF"/>
    <w:rsid w:val="00034616"/>
    <w:rsid w:val="0006063C"/>
    <w:rsid w:val="0015074B"/>
    <w:rsid w:val="0029639D"/>
    <w:rsid w:val="00326F90"/>
    <w:rsid w:val="0043760B"/>
    <w:rsid w:val="006E7505"/>
    <w:rsid w:val="0084359B"/>
    <w:rsid w:val="0089368A"/>
    <w:rsid w:val="00932ACC"/>
    <w:rsid w:val="009B001E"/>
    <w:rsid w:val="00AA1D8D"/>
    <w:rsid w:val="00B47730"/>
    <w:rsid w:val="00CB0664"/>
    <w:rsid w:val="00CC3AC0"/>
    <w:rsid w:val="00ED3E43"/>
    <w:rsid w:val="00FC693F"/>
    <w:rsid w:val="00FD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4120BC"/>
  <w14:defaultImageDpi w14:val="300"/>
  <w15:docId w15:val="{C83D2F18-5BC1-4110-B027-0C459E961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3B2417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32AC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sertbydesign@uaeu.ac.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9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Mohamed Mahgoub</cp:lastModifiedBy>
  <cp:revision>4</cp:revision>
  <cp:lastPrinted>2026-07-12T18:14:00Z</cp:lastPrinted>
  <dcterms:created xsi:type="dcterms:W3CDTF">2026-07-12T18:14:00Z</dcterms:created>
  <dcterms:modified xsi:type="dcterms:W3CDTF">2026-07-12T19:33:00Z</dcterms:modified>
  <cp:category/>
</cp:coreProperties>
</file>